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D3979" w14:textId="593B6EEA" w:rsidR="00BF2D90" w:rsidRPr="00094A7D" w:rsidRDefault="002F69D0" w:rsidP="00BF2D90">
      <w:pPr>
        <w:pStyle w:val="Heading1"/>
        <w:spacing w:before="0"/>
        <w:jc w:val="center"/>
        <w:rPr>
          <w:rFonts w:cstheme="majorHAnsi"/>
          <w:sz w:val="40"/>
          <w:szCs w:val="40"/>
        </w:rPr>
      </w:pPr>
      <w:r>
        <w:rPr>
          <w:rFonts w:cstheme="majorHAnsi"/>
          <w:sz w:val="40"/>
          <w:szCs w:val="40"/>
        </w:rPr>
        <w:t>2027 SPAIN</w:t>
      </w:r>
      <w:r w:rsidRPr="00721B85">
        <w:rPr>
          <w:rFonts w:cstheme="majorHAnsi"/>
          <w:sz w:val="32"/>
          <w:szCs w:val="32"/>
        </w:rPr>
        <w:t xml:space="preserve"> </w:t>
      </w:r>
      <w:r w:rsidRPr="009B751E">
        <w:rPr>
          <w:rFonts w:cstheme="majorHAnsi"/>
          <w:b w:val="0"/>
          <w:bCs w:val="0"/>
          <w:sz w:val="32"/>
          <w:szCs w:val="32"/>
        </w:rPr>
        <w:t>&amp;</w:t>
      </w:r>
      <w:r w:rsidRPr="00721B85">
        <w:rPr>
          <w:rFonts w:cstheme="majorHAnsi"/>
          <w:sz w:val="32"/>
          <w:szCs w:val="32"/>
        </w:rPr>
        <w:t xml:space="preserve"> </w:t>
      </w:r>
      <w:r>
        <w:rPr>
          <w:rFonts w:cstheme="majorHAnsi"/>
          <w:sz w:val="40"/>
          <w:szCs w:val="40"/>
        </w:rPr>
        <w:t xml:space="preserve">PORTUGAL </w:t>
      </w:r>
      <w:r w:rsidR="00094A7D" w:rsidRPr="00094A7D">
        <w:rPr>
          <w:rFonts w:cstheme="majorHAnsi"/>
          <w:sz w:val="40"/>
          <w:szCs w:val="40"/>
        </w:rPr>
        <w:t>P</w:t>
      </w:r>
      <w:r w:rsidR="00EA2209" w:rsidRPr="00094A7D">
        <w:rPr>
          <w:rFonts w:cstheme="majorHAnsi"/>
          <w:sz w:val="40"/>
          <w:szCs w:val="40"/>
        </w:rPr>
        <w:t>ACKING LIST</w:t>
      </w:r>
    </w:p>
    <w:p w14:paraId="64713F42" w14:textId="6C1EE2F0" w:rsidR="00130D86" w:rsidRDefault="00046752" w:rsidP="00A47B85">
      <w:pPr>
        <w:pStyle w:val="Heading1"/>
        <w:spacing w:before="0" w:line="480" w:lineRule="auto"/>
        <w:jc w:val="center"/>
        <w:rPr>
          <w:rFonts w:cstheme="majorHAnsi"/>
          <w:sz w:val="32"/>
          <w:szCs w:val="32"/>
        </w:rPr>
      </w:pPr>
      <w:r>
        <w:rPr>
          <w:rFonts w:cstheme="majorHAnsi"/>
          <w:sz w:val="32"/>
          <w:szCs w:val="32"/>
        </w:rPr>
        <w:t xml:space="preserve"> </w:t>
      </w:r>
      <w:r w:rsidR="00516F25">
        <w:rPr>
          <w:rFonts w:cstheme="majorHAnsi"/>
          <w:sz w:val="20"/>
          <w:szCs w:val="20"/>
        </w:rPr>
        <w:t xml:space="preserve">. . . . .   </w:t>
      </w:r>
      <w:r w:rsidR="005E5DDA">
        <w:rPr>
          <w:rFonts w:cstheme="majorHAnsi"/>
          <w:sz w:val="32"/>
          <w:szCs w:val="32"/>
        </w:rPr>
        <w:t>65</w:t>
      </w:r>
      <w:r w:rsidR="00D11BF6">
        <w:rPr>
          <w:rFonts w:ascii="Times New Roman" w:hAnsi="Times New Roman" w:cs="Times New Roman"/>
          <w:sz w:val="32"/>
          <w:szCs w:val="32"/>
        </w:rPr>
        <w:t>°</w:t>
      </w:r>
      <w:r w:rsidR="005E5DDA">
        <w:rPr>
          <w:rFonts w:cstheme="majorHAnsi"/>
          <w:sz w:val="32"/>
          <w:szCs w:val="32"/>
        </w:rPr>
        <w:t>-9</w:t>
      </w:r>
      <w:r w:rsidR="00A567D2">
        <w:rPr>
          <w:rFonts w:cstheme="majorHAnsi"/>
          <w:sz w:val="32"/>
          <w:szCs w:val="32"/>
        </w:rPr>
        <w:t>5</w:t>
      </w:r>
      <w:r w:rsidR="00A567D2">
        <w:rPr>
          <w:rFonts w:ascii="Times New Roman" w:hAnsi="Times New Roman" w:cs="Times New Roman"/>
          <w:sz w:val="32"/>
          <w:szCs w:val="32"/>
        </w:rPr>
        <w:t>°</w:t>
      </w:r>
      <w:r w:rsidR="00516F2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D11BF6" w:rsidRPr="009B751E">
        <w:rPr>
          <w:rFonts w:cstheme="majorHAnsi"/>
          <w:b w:val="0"/>
          <w:bCs w:val="0"/>
          <w:sz w:val="20"/>
          <w:szCs w:val="20"/>
        </w:rPr>
        <w:t>F</w:t>
      </w:r>
      <w:r w:rsidR="00516F25" w:rsidRPr="009B751E">
        <w:rPr>
          <w:rFonts w:cstheme="majorHAnsi"/>
          <w:b w:val="0"/>
          <w:bCs w:val="0"/>
          <w:sz w:val="20"/>
          <w:szCs w:val="20"/>
        </w:rPr>
        <w:t>A</w:t>
      </w:r>
      <w:r w:rsidR="004066E6" w:rsidRPr="009B751E">
        <w:rPr>
          <w:rFonts w:cstheme="majorHAnsi"/>
          <w:b w:val="0"/>
          <w:bCs w:val="0"/>
          <w:sz w:val="20"/>
          <w:szCs w:val="20"/>
        </w:rPr>
        <w:t>HRENHEIT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066E6">
        <w:rPr>
          <w:rFonts w:ascii="Times New Roman" w:hAnsi="Times New Roman" w:cs="Times New Roman"/>
          <w:sz w:val="20"/>
          <w:szCs w:val="20"/>
        </w:rPr>
        <w:t xml:space="preserve"> . . .</w:t>
      </w:r>
      <w:proofErr w:type="gramEnd"/>
      <w:r w:rsidR="004066E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4066E6">
        <w:rPr>
          <w:rFonts w:ascii="Times New Roman" w:hAnsi="Times New Roman" w:cs="Times New Roman"/>
          <w:sz w:val="20"/>
          <w:szCs w:val="20"/>
        </w:rPr>
        <w:t>. . . .</w:t>
      </w:r>
      <w:proofErr w:type="gramEnd"/>
      <w:r w:rsidR="00656146">
        <w:rPr>
          <w:rFonts w:ascii="Times New Roman" w:hAnsi="Times New Roman" w:cs="Times New Roman"/>
          <w:sz w:val="32"/>
          <w:szCs w:val="32"/>
        </w:rPr>
        <w:t xml:space="preserve"> 18°-35° </w:t>
      </w:r>
      <w:r w:rsidR="009B751E" w:rsidRPr="009B751E">
        <w:rPr>
          <w:rFonts w:cstheme="majorHAnsi"/>
          <w:b w:val="0"/>
          <w:bCs w:val="0"/>
          <w:sz w:val="20"/>
          <w:szCs w:val="20"/>
        </w:rPr>
        <w:t>CELCIUS</w:t>
      </w:r>
      <w:r w:rsidR="009B751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B751E">
        <w:rPr>
          <w:rFonts w:ascii="Times New Roman" w:hAnsi="Times New Roman" w:cs="Times New Roman"/>
          <w:sz w:val="20"/>
          <w:szCs w:val="20"/>
        </w:rPr>
        <w:t>. . . .</w:t>
      </w:r>
      <w:proofErr w:type="gramEnd"/>
      <w:r w:rsidR="009B751E">
        <w:rPr>
          <w:rFonts w:ascii="Times New Roman" w:hAnsi="Times New Roman" w:cs="Times New Roman"/>
          <w:sz w:val="20"/>
          <w:szCs w:val="20"/>
        </w:rPr>
        <w:t xml:space="preserve"> .</w:t>
      </w:r>
    </w:p>
    <w:p w14:paraId="6794ABE7" w14:textId="44E9F077" w:rsidR="00130D86" w:rsidRDefault="00A05794" w:rsidP="0080650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A0004A">
        <w:rPr>
          <w:rFonts w:asciiTheme="majorHAnsi" w:hAnsiTheme="majorHAnsi" w:cstheme="majorHAnsi"/>
          <w:sz w:val="24"/>
          <w:szCs w:val="24"/>
        </w:rPr>
        <w:t xml:space="preserve">Expect </w:t>
      </w:r>
      <w:r w:rsidR="001320BD">
        <w:rPr>
          <w:rFonts w:asciiTheme="majorHAnsi" w:hAnsiTheme="majorHAnsi" w:cstheme="majorHAnsi"/>
          <w:sz w:val="24"/>
          <w:szCs w:val="24"/>
        </w:rPr>
        <w:t>hot dry weather</w:t>
      </w:r>
      <w:r w:rsidRPr="00A0004A">
        <w:rPr>
          <w:rFonts w:asciiTheme="majorHAnsi" w:hAnsiTheme="majorHAnsi" w:cstheme="majorHAnsi"/>
          <w:sz w:val="24"/>
          <w:szCs w:val="24"/>
        </w:rPr>
        <w:t>. With only a personal item and carry-on</w:t>
      </w:r>
      <w:r w:rsidR="00310157">
        <w:rPr>
          <w:rFonts w:asciiTheme="majorHAnsi" w:hAnsiTheme="majorHAnsi" w:cstheme="majorHAnsi"/>
          <w:sz w:val="24"/>
          <w:szCs w:val="24"/>
        </w:rPr>
        <w:t xml:space="preserve"> allowable for the trip over,</w:t>
      </w:r>
      <w:r w:rsidRPr="00A0004A">
        <w:rPr>
          <w:rFonts w:asciiTheme="majorHAnsi" w:hAnsiTheme="majorHAnsi" w:cstheme="majorHAnsi"/>
          <w:sz w:val="24"/>
          <w:szCs w:val="24"/>
        </w:rPr>
        <w:t xml:space="preserve"> pack light, breathable, and versatile clothing. </w:t>
      </w:r>
      <w:r w:rsidR="00CE68EF" w:rsidRPr="00A0004A">
        <w:rPr>
          <w:rFonts w:asciiTheme="majorHAnsi" w:hAnsiTheme="majorHAnsi" w:cstheme="majorHAnsi"/>
          <w:sz w:val="24"/>
          <w:szCs w:val="24"/>
        </w:rPr>
        <w:t xml:space="preserve"> </w:t>
      </w:r>
      <w:r w:rsidRPr="00A0004A">
        <w:rPr>
          <w:rFonts w:asciiTheme="majorHAnsi" w:hAnsiTheme="majorHAnsi" w:cstheme="majorHAnsi"/>
          <w:sz w:val="24"/>
          <w:szCs w:val="24"/>
        </w:rPr>
        <w:t>Plan to do laundry at least once during the trip.</w:t>
      </w:r>
    </w:p>
    <w:p w14:paraId="651BD193" w14:textId="77777777" w:rsidR="00806502" w:rsidRPr="00A0004A" w:rsidRDefault="00806502" w:rsidP="00806502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BB87D5B" w14:textId="77777777" w:rsidR="00AD6792" w:rsidRPr="00E935BF" w:rsidRDefault="00AD6792">
      <w:pPr>
        <w:pStyle w:val="Heading2"/>
        <w:rPr>
          <w:rFonts w:ascii="Segoe UI Emoji" w:hAnsi="Segoe UI Emoji" w:cs="Segoe UI Emoji"/>
          <w:sz w:val="24"/>
          <w:szCs w:val="24"/>
        </w:rPr>
        <w:sectPr w:rsidR="00AD6792" w:rsidRPr="00E935BF" w:rsidSect="00AD6792">
          <w:pgSz w:w="12240" w:h="15840"/>
          <w:pgMar w:top="540" w:right="1440" w:bottom="810" w:left="1440" w:header="720" w:footer="720" w:gutter="0"/>
          <w:cols w:space="720"/>
          <w:docGrid w:linePitch="360"/>
        </w:sectPr>
      </w:pPr>
    </w:p>
    <w:p w14:paraId="1249AEB9" w14:textId="77777777" w:rsidR="00C737B7" w:rsidRDefault="00A05794" w:rsidP="000C2611">
      <w:pPr>
        <w:pStyle w:val="Heading2"/>
        <w:spacing w:before="0"/>
        <w:ind w:left="-144"/>
        <w:rPr>
          <w:rFonts w:cstheme="majorHAnsi"/>
        </w:rPr>
      </w:pPr>
      <w:r w:rsidRPr="00AD6792">
        <w:rPr>
          <w:rFonts w:ascii="Segoe UI Emoji" w:hAnsi="Segoe UI Emoji" w:cs="Segoe UI Emoji"/>
        </w:rPr>
        <w:t>👕</w:t>
      </w:r>
      <w:r w:rsidRPr="00AD6792">
        <w:rPr>
          <w:rFonts w:cstheme="majorHAnsi"/>
        </w:rPr>
        <w:t xml:space="preserve"> CLOTHING</w:t>
      </w:r>
    </w:p>
    <w:p w14:paraId="4D93B075" w14:textId="1016BCDB" w:rsidR="00130D86" w:rsidRPr="00AD6792" w:rsidRDefault="00A05794" w:rsidP="00F95ECE">
      <w:pPr>
        <w:pStyle w:val="Heading2"/>
        <w:spacing w:before="0"/>
        <w:ind w:right="432"/>
        <w:rPr>
          <w:rFonts w:cstheme="majorHAnsi"/>
        </w:rPr>
      </w:pPr>
      <w:r w:rsidRPr="00AD6792">
        <w:rPr>
          <w:rFonts w:cstheme="majorHAnsi"/>
        </w:rPr>
        <w:t xml:space="preserve"> </w:t>
      </w:r>
      <w:r w:rsidR="00C737B7">
        <w:rPr>
          <w:rFonts w:cstheme="majorHAnsi"/>
        </w:rPr>
        <w:t xml:space="preserve">      </w:t>
      </w:r>
      <w:r w:rsidRPr="00AD6792">
        <w:rPr>
          <w:rFonts w:cstheme="majorHAnsi"/>
        </w:rPr>
        <w:t xml:space="preserve">Mix &amp; </w:t>
      </w:r>
      <w:proofErr w:type="gramStart"/>
      <w:r w:rsidRPr="00AD6792">
        <w:rPr>
          <w:rFonts w:cstheme="majorHAnsi"/>
        </w:rPr>
        <w:t>Match  8</w:t>
      </w:r>
      <w:proofErr w:type="gramEnd"/>
      <w:r w:rsidRPr="00AD6792">
        <w:rPr>
          <w:rFonts w:cstheme="majorHAnsi"/>
        </w:rPr>
        <w:t>-10 total outfits</w:t>
      </w:r>
    </w:p>
    <w:p w14:paraId="35E555CA" w14:textId="5357CCC3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707C8A">
        <w:rPr>
          <w:rFonts w:asciiTheme="majorHAnsi" w:hAnsiTheme="majorHAnsi" w:cstheme="majorHAnsi"/>
          <w:b/>
          <w:bCs/>
        </w:rPr>
        <w:t>Tops</w:t>
      </w:r>
      <w:r w:rsidR="00707C8A">
        <w:rPr>
          <w:rFonts w:asciiTheme="majorHAnsi" w:hAnsiTheme="majorHAnsi" w:cstheme="majorHAnsi"/>
          <w:b/>
          <w:bCs/>
        </w:rPr>
        <w:t>,</w:t>
      </w:r>
      <w:r w:rsidRPr="00707C8A">
        <w:rPr>
          <w:rFonts w:asciiTheme="majorHAnsi" w:hAnsiTheme="majorHAnsi" w:cstheme="majorHAnsi"/>
          <w:b/>
          <w:bCs/>
        </w:rPr>
        <w:t xml:space="preserve"> 5–6</w:t>
      </w:r>
      <w:r w:rsidR="00C7690B">
        <w:rPr>
          <w:rFonts w:asciiTheme="majorHAnsi" w:hAnsiTheme="majorHAnsi" w:cstheme="majorHAnsi"/>
          <w:b/>
          <w:bCs/>
        </w:rPr>
        <w:t xml:space="preserve">: </w:t>
      </w:r>
      <w:r w:rsidRPr="00707C8A">
        <w:rPr>
          <w:rFonts w:asciiTheme="majorHAnsi" w:hAnsiTheme="majorHAnsi" w:cstheme="majorHAnsi"/>
          <w:b/>
          <w:bCs/>
        </w:rPr>
        <w:t xml:space="preserve"> </w:t>
      </w:r>
      <w:r w:rsidRPr="00AD6792">
        <w:rPr>
          <w:rFonts w:asciiTheme="majorHAnsi" w:hAnsiTheme="majorHAnsi" w:cstheme="majorHAnsi"/>
        </w:rPr>
        <w:t>Lightweight, breathable short-sleeve shirts or moisture-wicking tees; 1–2 nicer tops for evenings</w:t>
      </w:r>
    </w:p>
    <w:p w14:paraId="3A1905B1" w14:textId="5A30B65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707C8A">
        <w:rPr>
          <w:rFonts w:asciiTheme="majorHAnsi" w:hAnsiTheme="majorHAnsi" w:cstheme="majorHAnsi"/>
          <w:b/>
          <w:bCs/>
        </w:rPr>
        <w:t>Bottoms</w:t>
      </w:r>
      <w:r w:rsidR="00322AA6">
        <w:rPr>
          <w:rFonts w:asciiTheme="majorHAnsi" w:hAnsiTheme="majorHAnsi" w:cstheme="majorHAnsi"/>
          <w:b/>
          <w:bCs/>
        </w:rPr>
        <w:t>,</w:t>
      </w:r>
      <w:r w:rsidRPr="00707C8A">
        <w:rPr>
          <w:rFonts w:asciiTheme="majorHAnsi" w:hAnsiTheme="majorHAnsi" w:cstheme="majorHAnsi"/>
          <w:b/>
          <w:bCs/>
        </w:rPr>
        <w:t xml:space="preserve"> 3–4</w:t>
      </w:r>
      <w:r w:rsidR="00C7690B">
        <w:rPr>
          <w:rFonts w:asciiTheme="majorHAnsi" w:hAnsiTheme="majorHAnsi" w:cstheme="majorHAnsi"/>
          <w:b/>
          <w:bCs/>
        </w:rPr>
        <w:t>:</w:t>
      </w:r>
      <w:r w:rsidR="00707C8A">
        <w:rPr>
          <w:rFonts w:asciiTheme="majorHAnsi" w:hAnsiTheme="majorHAnsi" w:cstheme="majorHAnsi"/>
          <w:b/>
          <w:bCs/>
        </w:rPr>
        <w:t xml:space="preserve"> </w:t>
      </w:r>
      <w:r w:rsidR="00C7690B">
        <w:rPr>
          <w:rFonts w:asciiTheme="majorHAnsi" w:hAnsiTheme="majorHAnsi" w:cstheme="majorHAnsi"/>
          <w:b/>
          <w:bCs/>
        </w:rPr>
        <w:t xml:space="preserve"> </w:t>
      </w:r>
      <w:r w:rsidRPr="00AD6792">
        <w:rPr>
          <w:rFonts w:asciiTheme="majorHAnsi" w:hAnsiTheme="majorHAnsi" w:cstheme="majorHAnsi"/>
        </w:rPr>
        <w:t>2 pairs of lightweight shorts, 1 pair breathable pants or skirt</w:t>
      </w:r>
    </w:p>
    <w:p w14:paraId="6CFC32F0" w14:textId="19D00FE9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707C8A">
        <w:rPr>
          <w:rFonts w:asciiTheme="majorHAnsi" w:hAnsiTheme="majorHAnsi" w:cstheme="majorHAnsi"/>
          <w:b/>
          <w:bCs/>
        </w:rPr>
        <w:t>Optional Dresses/Rompers</w:t>
      </w:r>
      <w:r w:rsidR="00322AA6">
        <w:rPr>
          <w:rFonts w:asciiTheme="majorHAnsi" w:hAnsiTheme="majorHAnsi" w:cstheme="majorHAnsi"/>
          <w:b/>
          <w:bCs/>
        </w:rPr>
        <w:t>,</w:t>
      </w:r>
      <w:r w:rsidR="00E55065">
        <w:rPr>
          <w:rFonts w:asciiTheme="majorHAnsi" w:hAnsiTheme="majorHAnsi" w:cstheme="majorHAnsi"/>
          <w:b/>
          <w:bCs/>
        </w:rPr>
        <w:t xml:space="preserve"> 1-2:</w:t>
      </w:r>
      <w:r w:rsidRPr="00AD6792">
        <w:rPr>
          <w:rFonts w:asciiTheme="majorHAnsi" w:hAnsiTheme="majorHAnsi" w:cstheme="majorHAnsi"/>
        </w:rPr>
        <w:t xml:space="preserve"> Breathable</w:t>
      </w:r>
      <w:r w:rsidR="006F63C5">
        <w:rPr>
          <w:rFonts w:asciiTheme="majorHAnsi" w:hAnsiTheme="majorHAnsi" w:cstheme="majorHAnsi"/>
        </w:rPr>
        <w:t xml:space="preserve">; </w:t>
      </w:r>
      <w:r w:rsidRPr="00AD6792">
        <w:rPr>
          <w:rFonts w:asciiTheme="majorHAnsi" w:hAnsiTheme="majorHAnsi" w:cstheme="majorHAnsi"/>
        </w:rPr>
        <w:t xml:space="preserve">modest enough for </w:t>
      </w:r>
      <w:r w:rsidR="006F63C5">
        <w:rPr>
          <w:rFonts w:asciiTheme="majorHAnsi" w:hAnsiTheme="majorHAnsi" w:cstheme="majorHAnsi"/>
        </w:rPr>
        <w:t>cathedrals</w:t>
      </w:r>
    </w:p>
    <w:p w14:paraId="223B00A6" w14:textId="35D0662B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DE2F38">
        <w:rPr>
          <w:rFonts w:asciiTheme="majorHAnsi" w:hAnsiTheme="majorHAnsi" w:cstheme="majorHAnsi"/>
          <w:b/>
          <w:bCs/>
        </w:rPr>
        <w:t>Undergarments:</w:t>
      </w:r>
      <w:r w:rsidRPr="00AD6792">
        <w:rPr>
          <w:rFonts w:asciiTheme="majorHAnsi" w:hAnsiTheme="majorHAnsi" w:cstheme="majorHAnsi"/>
        </w:rPr>
        <w:t xml:space="preserve"> Quick-dry underwear</w:t>
      </w:r>
      <w:r w:rsidR="00DE2F38">
        <w:rPr>
          <w:rFonts w:asciiTheme="majorHAnsi" w:hAnsiTheme="majorHAnsi" w:cstheme="majorHAnsi"/>
        </w:rPr>
        <w:t>/bras</w:t>
      </w:r>
    </w:p>
    <w:p w14:paraId="4C94A3AA" w14:textId="138DB275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F80F24">
        <w:rPr>
          <w:rFonts w:asciiTheme="majorHAnsi" w:hAnsiTheme="majorHAnsi" w:cstheme="majorHAnsi"/>
          <w:b/>
          <w:bCs/>
        </w:rPr>
        <w:t>Sleepwear:</w:t>
      </w:r>
      <w:r w:rsidRPr="00AD6792">
        <w:rPr>
          <w:rFonts w:asciiTheme="majorHAnsi" w:hAnsiTheme="majorHAnsi" w:cstheme="majorHAnsi"/>
        </w:rPr>
        <w:t xml:space="preserve"> </w:t>
      </w:r>
      <w:r w:rsidR="00F80F24">
        <w:rPr>
          <w:rFonts w:asciiTheme="majorHAnsi" w:hAnsiTheme="majorHAnsi" w:cstheme="majorHAnsi"/>
        </w:rPr>
        <w:t>1 set, l</w:t>
      </w:r>
      <w:r w:rsidRPr="00AD6792">
        <w:rPr>
          <w:rFonts w:asciiTheme="majorHAnsi" w:hAnsiTheme="majorHAnsi" w:cstheme="majorHAnsi"/>
        </w:rPr>
        <w:t>ight and comfy</w:t>
      </w:r>
    </w:p>
    <w:p w14:paraId="7D5795E8" w14:textId="56223AF0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F80F24">
        <w:rPr>
          <w:rFonts w:asciiTheme="majorHAnsi" w:hAnsiTheme="majorHAnsi" w:cstheme="majorHAnsi"/>
          <w:b/>
          <w:bCs/>
        </w:rPr>
        <w:t>Socks:</w:t>
      </w:r>
      <w:r w:rsidRPr="00AD6792">
        <w:rPr>
          <w:rFonts w:asciiTheme="majorHAnsi" w:hAnsiTheme="majorHAnsi" w:cstheme="majorHAnsi"/>
        </w:rPr>
        <w:t xml:space="preserve"> Moisture-wicking if possible</w:t>
      </w:r>
    </w:p>
    <w:p w14:paraId="5192C991" w14:textId="2C2A3C22" w:rsidR="00130D86" w:rsidRPr="00E935BF" w:rsidRDefault="00E935BF" w:rsidP="00E935BF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Light</w:t>
      </w:r>
      <w:r w:rsidR="00690D3E" w:rsidRPr="00B850E2">
        <w:rPr>
          <w:rFonts w:asciiTheme="majorHAnsi" w:hAnsiTheme="majorHAnsi" w:cstheme="majorHAnsi"/>
          <w:b/>
          <w:bCs/>
        </w:rPr>
        <w:t xml:space="preserve"> Jacket or Sweater: </w:t>
      </w:r>
      <w:r w:rsidR="00690D3E" w:rsidRPr="00B850E2">
        <w:rPr>
          <w:rFonts w:asciiTheme="majorHAnsi" w:hAnsiTheme="majorHAnsi" w:cstheme="majorHAnsi"/>
        </w:rPr>
        <w:t>For</w:t>
      </w:r>
      <w:r w:rsidR="00690D3E" w:rsidRPr="00AD6792">
        <w:rPr>
          <w:rFonts w:asciiTheme="majorHAnsi" w:hAnsiTheme="majorHAnsi" w:cstheme="majorHAnsi"/>
        </w:rPr>
        <w:t xml:space="preserve"> AC</w:t>
      </w:r>
      <w:r w:rsidR="00D66FAB">
        <w:rPr>
          <w:rFonts w:asciiTheme="majorHAnsi" w:hAnsiTheme="majorHAnsi" w:cstheme="majorHAnsi"/>
        </w:rPr>
        <w:t>,</w:t>
      </w:r>
      <w:r w:rsidR="00690D3E" w:rsidRPr="00AD6792">
        <w:rPr>
          <w:rFonts w:asciiTheme="majorHAnsi" w:hAnsiTheme="majorHAnsi" w:cstheme="majorHAnsi"/>
        </w:rPr>
        <w:t xml:space="preserve"> flights</w:t>
      </w:r>
      <w:r w:rsidR="00D66FAB">
        <w:rPr>
          <w:rFonts w:asciiTheme="majorHAnsi" w:hAnsiTheme="majorHAnsi" w:cstheme="majorHAnsi"/>
        </w:rPr>
        <w:t xml:space="preserve">, or </w:t>
      </w:r>
      <w:r>
        <w:rPr>
          <w:rFonts w:asciiTheme="majorHAnsi" w:hAnsiTheme="majorHAnsi" w:cstheme="majorHAnsi"/>
        </w:rPr>
        <w:t>breezy</w:t>
      </w:r>
      <w:r w:rsidR="00C45F07">
        <w:rPr>
          <w:rFonts w:asciiTheme="majorHAnsi" w:hAnsiTheme="majorHAnsi" w:cstheme="majorHAnsi"/>
        </w:rPr>
        <w:t xml:space="preserve"> coastal locations</w:t>
      </w:r>
    </w:p>
    <w:p w14:paraId="074BA715" w14:textId="77777777" w:rsidR="00130D86" w:rsidRPr="00AD6792" w:rsidRDefault="00A05794" w:rsidP="007448FF">
      <w:pPr>
        <w:pStyle w:val="Heading2"/>
        <w:ind w:left="-144"/>
        <w:rPr>
          <w:rFonts w:cstheme="majorHAnsi"/>
        </w:rPr>
      </w:pPr>
      <w:r w:rsidRPr="00AD6792">
        <w:rPr>
          <w:rFonts w:ascii="Segoe UI Emoji" w:hAnsi="Segoe UI Emoji" w:cs="Segoe UI Emoji"/>
        </w:rPr>
        <w:t>👟</w:t>
      </w:r>
      <w:r w:rsidRPr="00AD6792">
        <w:rPr>
          <w:rFonts w:cstheme="majorHAnsi"/>
        </w:rPr>
        <w:t xml:space="preserve"> SHOES</w:t>
      </w:r>
    </w:p>
    <w:p w14:paraId="7C557737" w14:textId="3484537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9732A8">
        <w:rPr>
          <w:rFonts w:asciiTheme="majorHAnsi" w:hAnsiTheme="majorHAnsi" w:cstheme="majorHAnsi"/>
          <w:b/>
          <w:bCs/>
        </w:rPr>
        <w:t>Walking Shoes</w:t>
      </w:r>
      <w:r w:rsidR="009732A8" w:rsidRPr="009732A8">
        <w:rPr>
          <w:rFonts w:asciiTheme="majorHAnsi" w:hAnsiTheme="majorHAnsi" w:cstheme="majorHAnsi"/>
          <w:b/>
          <w:bCs/>
        </w:rPr>
        <w:t>:</w:t>
      </w:r>
      <w:r w:rsidR="009732A8">
        <w:rPr>
          <w:rFonts w:asciiTheme="majorHAnsi" w:hAnsiTheme="majorHAnsi" w:cstheme="majorHAnsi"/>
        </w:rPr>
        <w:t xml:space="preserve"> </w:t>
      </w:r>
      <w:r w:rsidR="00243948">
        <w:rPr>
          <w:rFonts w:asciiTheme="majorHAnsi" w:hAnsiTheme="majorHAnsi" w:cstheme="majorHAnsi"/>
        </w:rPr>
        <w:t>1 pair s</w:t>
      </w:r>
      <w:r w:rsidRPr="00AD6792">
        <w:rPr>
          <w:rFonts w:asciiTheme="majorHAnsi" w:hAnsiTheme="majorHAnsi" w:cstheme="majorHAnsi"/>
        </w:rPr>
        <w:t>upportive sneakers or walking sandals</w:t>
      </w:r>
    </w:p>
    <w:p w14:paraId="75CB67B9" w14:textId="26A77628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9732A8">
        <w:rPr>
          <w:rFonts w:asciiTheme="majorHAnsi" w:hAnsiTheme="majorHAnsi" w:cstheme="majorHAnsi"/>
          <w:b/>
          <w:bCs/>
        </w:rPr>
        <w:t>Packable Flats or Slide Sandals:</w:t>
      </w:r>
      <w:r w:rsidRPr="00AD6792">
        <w:rPr>
          <w:rFonts w:asciiTheme="majorHAnsi" w:hAnsiTheme="majorHAnsi" w:cstheme="majorHAnsi"/>
        </w:rPr>
        <w:t xml:space="preserve"> </w:t>
      </w:r>
      <w:r w:rsidR="009732A8">
        <w:rPr>
          <w:rFonts w:asciiTheme="majorHAnsi" w:hAnsiTheme="majorHAnsi" w:cstheme="majorHAnsi"/>
        </w:rPr>
        <w:t>1 pair f</w:t>
      </w:r>
      <w:r w:rsidRPr="00AD6792">
        <w:rPr>
          <w:rFonts w:asciiTheme="majorHAnsi" w:hAnsiTheme="majorHAnsi" w:cstheme="majorHAnsi"/>
        </w:rPr>
        <w:t>or hotel or casual use</w:t>
      </w:r>
      <w:r w:rsidR="00AD6792">
        <w:rPr>
          <w:rFonts w:asciiTheme="majorHAnsi" w:hAnsiTheme="majorHAnsi" w:cstheme="majorHAnsi"/>
        </w:rPr>
        <w:t xml:space="preserve"> (optional)</w:t>
      </w:r>
    </w:p>
    <w:p w14:paraId="17571008" w14:textId="4E54E950" w:rsidR="00130D86" w:rsidRPr="00D27EAE" w:rsidRDefault="00D27EAE" w:rsidP="00D27EAE">
      <w:pPr>
        <w:pStyle w:val="ListBullet"/>
        <w:numPr>
          <w:ilvl w:val="0"/>
          <w:numId w:val="0"/>
        </w:numPr>
        <w:rPr>
          <w:i/>
          <w:iCs/>
        </w:rPr>
      </w:pPr>
      <w:r w:rsidRPr="00D27EAE">
        <w:rPr>
          <w:rFonts w:asciiTheme="majorHAnsi" w:hAnsiTheme="majorHAnsi" w:cstheme="majorHAnsi"/>
          <w:b/>
          <w:bCs/>
          <w:i/>
          <w:iCs/>
        </w:rPr>
        <w:t>*</w:t>
      </w:r>
      <w:r w:rsidRPr="00D27EAE">
        <w:rPr>
          <w:i/>
          <w:iCs/>
          <w:u w:val="single"/>
        </w:rPr>
        <w:t>Tip</w:t>
      </w:r>
      <w:r w:rsidRPr="00D27EAE">
        <w:rPr>
          <w:i/>
          <w:iCs/>
        </w:rPr>
        <w:t>: Wear your bulkiest shoes on the plane*</w:t>
      </w:r>
    </w:p>
    <w:p w14:paraId="5026DA40" w14:textId="77777777" w:rsidR="00130D86" w:rsidRPr="00AD6792" w:rsidRDefault="00A05794" w:rsidP="00F811D5">
      <w:pPr>
        <w:pStyle w:val="Heading2"/>
        <w:ind w:left="-144"/>
        <w:rPr>
          <w:rFonts w:cstheme="majorHAnsi"/>
        </w:rPr>
      </w:pPr>
      <w:r w:rsidRPr="00AD6792">
        <w:rPr>
          <w:rFonts w:ascii="Segoe UI Emoji" w:hAnsi="Segoe UI Emoji" w:cs="Segoe UI Emoji"/>
        </w:rPr>
        <w:t>🧴</w:t>
      </w:r>
      <w:r w:rsidRPr="00AD6792">
        <w:rPr>
          <w:rFonts w:cstheme="majorHAnsi"/>
        </w:rPr>
        <w:t xml:space="preserve"> TOILETRIES (Travel-size)</w:t>
      </w:r>
    </w:p>
    <w:p w14:paraId="7D8FA34F" w14:textId="7777777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>Toothbrush, toothpaste, deodorant</w:t>
      </w:r>
    </w:p>
    <w:p w14:paraId="38B87CAE" w14:textId="17D57FE3" w:rsidR="00FF17C8" w:rsidRDefault="00FF17C8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Hairbrush</w:t>
      </w:r>
    </w:p>
    <w:p w14:paraId="0A791AA5" w14:textId="5BA7FE1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>Sunscreen, moisturizer</w:t>
      </w:r>
      <w:r w:rsidR="00B56C9A">
        <w:rPr>
          <w:rFonts w:asciiTheme="majorHAnsi" w:hAnsiTheme="majorHAnsi" w:cstheme="majorHAnsi"/>
        </w:rPr>
        <w:t>/lotion</w:t>
      </w:r>
    </w:p>
    <w:p w14:paraId="62FFD2AD" w14:textId="7777777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>Razor, feminine hygiene products</w:t>
      </w:r>
    </w:p>
    <w:p w14:paraId="0B423388" w14:textId="2D566953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 xml:space="preserve">Shampoo/conditioner (optional, </w:t>
      </w:r>
      <w:r w:rsidR="004A647C">
        <w:rPr>
          <w:rFonts w:asciiTheme="majorHAnsi" w:hAnsiTheme="majorHAnsi" w:cstheme="majorHAnsi"/>
        </w:rPr>
        <w:t xml:space="preserve">usually </w:t>
      </w:r>
      <w:r w:rsidRPr="00AD6792">
        <w:rPr>
          <w:rFonts w:asciiTheme="majorHAnsi" w:hAnsiTheme="majorHAnsi" w:cstheme="majorHAnsi"/>
        </w:rPr>
        <w:t>provided by hotels)</w:t>
      </w:r>
    </w:p>
    <w:p w14:paraId="3B7C5B87" w14:textId="319DF79C" w:rsidR="00B01648" w:rsidRPr="002D1100" w:rsidRDefault="00A05794" w:rsidP="002D1100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>Medications: Motion sickness, allergy, pain relievers, etc.</w:t>
      </w:r>
    </w:p>
    <w:p w14:paraId="6FF01812" w14:textId="204E8C65" w:rsidR="00E15976" w:rsidRDefault="00E15976" w:rsidP="00A74047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Contact lens sol</w:t>
      </w:r>
      <w:r w:rsidR="003D2007">
        <w:rPr>
          <w:rFonts w:asciiTheme="majorHAnsi" w:hAnsiTheme="majorHAnsi" w:cstheme="majorHAnsi"/>
        </w:rPr>
        <w:t>ution (as needed)</w:t>
      </w:r>
    </w:p>
    <w:p w14:paraId="33514BD8" w14:textId="77777777" w:rsidR="0093067F" w:rsidRPr="00AD6792" w:rsidRDefault="0093067F" w:rsidP="007448FF">
      <w:pPr>
        <w:pStyle w:val="Heading2"/>
        <w:ind w:left="-144"/>
        <w:rPr>
          <w:rFonts w:cstheme="majorHAnsi"/>
        </w:rPr>
      </w:pPr>
      <w:r w:rsidRPr="00AD6792">
        <w:rPr>
          <w:rFonts w:ascii="Segoe UI Emoji" w:hAnsi="Segoe UI Emoji" w:cs="Segoe UI Emoji"/>
        </w:rPr>
        <w:t>🎒</w:t>
      </w:r>
      <w:r w:rsidRPr="00AD6792">
        <w:rPr>
          <w:rFonts w:cstheme="majorHAnsi"/>
        </w:rPr>
        <w:t xml:space="preserve"> BAGS</w:t>
      </w:r>
    </w:p>
    <w:p w14:paraId="07EAFC55" w14:textId="4BB9344D" w:rsidR="005D124E" w:rsidRPr="000A7B25" w:rsidRDefault="0093067F" w:rsidP="000A7B25">
      <w:pPr>
        <w:pStyle w:val="ListBullet"/>
        <w:rPr>
          <w:rFonts w:asciiTheme="majorHAnsi" w:hAnsiTheme="majorHAnsi" w:cstheme="majorHAnsi"/>
        </w:rPr>
      </w:pPr>
      <w:r w:rsidRPr="00544C88">
        <w:rPr>
          <w:rFonts w:asciiTheme="majorHAnsi" w:hAnsiTheme="majorHAnsi" w:cstheme="majorHAnsi"/>
          <w:b/>
          <w:bCs/>
        </w:rPr>
        <w:t>Small Daypack or Crossbody:</w:t>
      </w:r>
      <w:r w:rsidRPr="00544C88">
        <w:rPr>
          <w:rFonts w:asciiTheme="majorHAnsi" w:hAnsiTheme="majorHAnsi" w:cstheme="majorHAnsi"/>
        </w:rPr>
        <w:t xml:space="preserve"> For daily use</w:t>
      </w:r>
    </w:p>
    <w:p w14:paraId="1C4F8FEE" w14:textId="3B84D92C" w:rsidR="0093067F" w:rsidRPr="00205F97" w:rsidRDefault="0093067F" w:rsidP="00205F97">
      <w:pPr>
        <w:pStyle w:val="ListBullet"/>
        <w:rPr>
          <w:rFonts w:asciiTheme="majorHAnsi" w:hAnsiTheme="majorHAnsi" w:cstheme="majorHAnsi"/>
        </w:rPr>
      </w:pPr>
      <w:r w:rsidRPr="00205F97">
        <w:rPr>
          <w:rFonts w:asciiTheme="majorHAnsi" w:hAnsiTheme="majorHAnsi" w:cstheme="majorHAnsi"/>
          <w:b/>
          <w:bCs/>
        </w:rPr>
        <w:t>Reusable Bag:</w:t>
      </w:r>
      <w:r w:rsidRPr="00205F97">
        <w:rPr>
          <w:rFonts w:asciiTheme="majorHAnsi" w:hAnsiTheme="majorHAnsi" w:cstheme="majorHAnsi"/>
        </w:rPr>
        <w:t xml:space="preserve"> Useful for shopping</w:t>
      </w:r>
      <w:r w:rsidR="005D124E">
        <w:rPr>
          <w:rFonts w:asciiTheme="majorHAnsi" w:hAnsiTheme="majorHAnsi" w:cstheme="majorHAnsi"/>
        </w:rPr>
        <w:t>/</w:t>
      </w:r>
      <w:r w:rsidRPr="00205F97">
        <w:rPr>
          <w:rFonts w:asciiTheme="majorHAnsi" w:hAnsiTheme="majorHAnsi" w:cstheme="majorHAnsi"/>
        </w:rPr>
        <w:t>laundry</w:t>
      </w:r>
    </w:p>
    <w:p w14:paraId="243BEE39" w14:textId="2FADD0B2" w:rsidR="00130D86" w:rsidRPr="00AD6792" w:rsidRDefault="00A05794" w:rsidP="009C76A4">
      <w:pPr>
        <w:pStyle w:val="Heading2"/>
        <w:spacing w:before="120"/>
        <w:ind w:left="-144"/>
        <w:rPr>
          <w:rFonts w:cstheme="majorHAnsi"/>
        </w:rPr>
      </w:pPr>
      <w:r w:rsidRPr="00AD6792">
        <w:rPr>
          <w:rFonts w:ascii="Segoe UI Emoji" w:hAnsi="Segoe UI Emoji" w:cs="Segoe UI Emoji"/>
        </w:rPr>
        <w:t>🔌</w:t>
      </w:r>
      <w:r w:rsidRPr="00AD6792">
        <w:rPr>
          <w:rFonts w:cstheme="majorHAnsi"/>
        </w:rPr>
        <w:t xml:space="preserve"> TECH &amp; MISC</w:t>
      </w:r>
    </w:p>
    <w:p w14:paraId="2A2EBD53" w14:textId="45D3F592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F22BAF">
        <w:rPr>
          <w:rFonts w:asciiTheme="majorHAnsi" w:hAnsiTheme="majorHAnsi" w:cstheme="majorHAnsi"/>
          <w:b/>
          <w:bCs/>
        </w:rPr>
        <w:t xml:space="preserve">Universal </w:t>
      </w:r>
      <w:r w:rsidR="00D46B23" w:rsidRPr="00F22BAF">
        <w:rPr>
          <w:rFonts w:asciiTheme="majorHAnsi" w:hAnsiTheme="majorHAnsi" w:cstheme="majorHAnsi"/>
          <w:b/>
          <w:bCs/>
        </w:rPr>
        <w:t xml:space="preserve">outlet </w:t>
      </w:r>
      <w:r w:rsidRPr="00F22BAF">
        <w:rPr>
          <w:rFonts w:asciiTheme="majorHAnsi" w:hAnsiTheme="majorHAnsi" w:cstheme="majorHAnsi"/>
          <w:b/>
          <w:bCs/>
        </w:rPr>
        <w:t>adapter</w:t>
      </w:r>
      <w:r w:rsidR="00B46F54">
        <w:rPr>
          <w:rFonts w:asciiTheme="majorHAnsi" w:hAnsiTheme="majorHAnsi" w:cstheme="majorHAnsi"/>
        </w:rPr>
        <w:t xml:space="preserve">, Type C </w:t>
      </w:r>
    </w:p>
    <w:p w14:paraId="5E21F0F7" w14:textId="77777777" w:rsidR="00130D86" w:rsidRDefault="00A05794">
      <w:pPr>
        <w:pStyle w:val="ListBullet"/>
        <w:rPr>
          <w:rFonts w:asciiTheme="majorHAnsi" w:hAnsiTheme="majorHAnsi" w:cstheme="majorHAnsi"/>
        </w:rPr>
      </w:pPr>
      <w:r w:rsidRPr="00F22BAF">
        <w:rPr>
          <w:rFonts w:asciiTheme="majorHAnsi" w:hAnsiTheme="majorHAnsi" w:cstheme="majorHAnsi"/>
          <w:b/>
          <w:bCs/>
        </w:rPr>
        <w:t>Phone</w:t>
      </w:r>
      <w:r w:rsidRPr="00AD6792">
        <w:rPr>
          <w:rFonts w:asciiTheme="majorHAnsi" w:hAnsiTheme="majorHAnsi" w:cstheme="majorHAnsi"/>
        </w:rPr>
        <w:t>, charger, portable power bank</w:t>
      </w:r>
    </w:p>
    <w:p w14:paraId="0EAAA3BE" w14:textId="214036FE" w:rsidR="009348DF" w:rsidRPr="00AD6792" w:rsidRDefault="009348DF">
      <w:pPr>
        <w:pStyle w:val="ListBullet"/>
        <w:rPr>
          <w:rFonts w:asciiTheme="majorHAnsi" w:hAnsiTheme="majorHAnsi" w:cstheme="majorHAnsi"/>
        </w:rPr>
      </w:pPr>
      <w:r w:rsidRPr="00F22BAF">
        <w:rPr>
          <w:rFonts w:asciiTheme="majorHAnsi" w:hAnsiTheme="majorHAnsi" w:cstheme="majorHAnsi"/>
          <w:b/>
          <w:bCs/>
        </w:rPr>
        <w:t>Headphones</w:t>
      </w:r>
      <w:r>
        <w:rPr>
          <w:rFonts w:asciiTheme="majorHAnsi" w:hAnsiTheme="majorHAnsi" w:cstheme="majorHAnsi"/>
        </w:rPr>
        <w:t xml:space="preserve"> </w:t>
      </w:r>
      <w:r w:rsidR="00F00B54">
        <w:rPr>
          <w:rFonts w:asciiTheme="majorHAnsi" w:hAnsiTheme="majorHAnsi" w:cstheme="majorHAnsi"/>
        </w:rPr>
        <w:t>that plug in (optional for in-flight entertainment)</w:t>
      </w:r>
    </w:p>
    <w:p w14:paraId="57262F70" w14:textId="6EDAA2B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F22BAF">
        <w:rPr>
          <w:rFonts w:asciiTheme="majorHAnsi" w:hAnsiTheme="majorHAnsi" w:cstheme="majorHAnsi"/>
          <w:b/>
          <w:bCs/>
        </w:rPr>
        <w:t>Travel documents:</w:t>
      </w:r>
      <w:r w:rsidRPr="00AD6792">
        <w:rPr>
          <w:rFonts w:asciiTheme="majorHAnsi" w:hAnsiTheme="majorHAnsi" w:cstheme="majorHAnsi"/>
        </w:rPr>
        <w:t xml:space="preserve"> Passport</w:t>
      </w:r>
      <w:r w:rsidR="004445A7">
        <w:rPr>
          <w:rFonts w:asciiTheme="majorHAnsi" w:hAnsiTheme="majorHAnsi" w:cstheme="majorHAnsi"/>
        </w:rPr>
        <w:t xml:space="preserve"> (and visa if your passport is from a non-U.S. country that requires it</w:t>
      </w:r>
      <w:r w:rsidR="000F3E9A">
        <w:rPr>
          <w:rFonts w:asciiTheme="majorHAnsi" w:hAnsiTheme="majorHAnsi" w:cstheme="majorHAnsi"/>
        </w:rPr>
        <w:t xml:space="preserve">) and </w:t>
      </w:r>
      <w:r w:rsidR="00AA16C9">
        <w:rPr>
          <w:rFonts w:asciiTheme="majorHAnsi" w:hAnsiTheme="majorHAnsi" w:cstheme="majorHAnsi"/>
        </w:rPr>
        <w:t xml:space="preserve">Green Card if needed for </w:t>
      </w:r>
      <w:r w:rsidR="00F22BAF">
        <w:rPr>
          <w:rFonts w:asciiTheme="majorHAnsi" w:hAnsiTheme="majorHAnsi" w:cstheme="majorHAnsi"/>
        </w:rPr>
        <w:t>re-entry to U.S.</w:t>
      </w:r>
    </w:p>
    <w:p w14:paraId="08FAF517" w14:textId="3A80B53B" w:rsidR="00130D86" w:rsidRPr="00AD6792" w:rsidRDefault="00785300">
      <w:pPr>
        <w:pStyle w:val="ListBullet"/>
        <w:rPr>
          <w:rFonts w:asciiTheme="majorHAnsi" w:hAnsiTheme="majorHAnsi" w:cstheme="majorHAnsi"/>
        </w:rPr>
      </w:pPr>
      <w:r w:rsidRPr="00785300">
        <w:rPr>
          <w:rFonts w:asciiTheme="majorHAnsi" w:hAnsiTheme="majorHAnsi" w:cstheme="majorHAnsi"/>
          <w:b/>
          <w:bCs/>
        </w:rPr>
        <w:t>Water bottle</w:t>
      </w:r>
      <w:r>
        <w:rPr>
          <w:rFonts w:asciiTheme="majorHAnsi" w:hAnsiTheme="majorHAnsi" w:cstheme="majorHAnsi"/>
        </w:rPr>
        <w:t>, refillable</w:t>
      </w:r>
    </w:p>
    <w:p w14:paraId="1E992B2E" w14:textId="0A8BAD51" w:rsidR="00130D86" w:rsidRDefault="00A05794">
      <w:pPr>
        <w:pStyle w:val="ListBullet"/>
        <w:rPr>
          <w:rFonts w:asciiTheme="majorHAnsi" w:hAnsiTheme="majorHAnsi" w:cstheme="majorHAnsi"/>
        </w:rPr>
      </w:pPr>
      <w:r w:rsidRPr="00785300">
        <w:rPr>
          <w:rFonts w:asciiTheme="majorHAnsi" w:hAnsiTheme="majorHAnsi" w:cstheme="majorHAnsi"/>
          <w:b/>
          <w:bCs/>
        </w:rPr>
        <w:t>Sunglasses</w:t>
      </w:r>
      <w:r w:rsidR="00B07222">
        <w:rPr>
          <w:rFonts w:asciiTheme="majorHAnsi" w:hAnsiTheme="majorHAnsi" w:cstheme="majorHAnsi"/>
        </w:rPr>
        <w:t>,</w:t>
      </w:r>
      <w:r w:rsidRPr="00AD6792">
        <w:rPr>
          <w:rFonts w:asciiTheme="majorHAnsi" w:hAnsiTheme="majorHAnsi" w:cstheme="majorHAnsi"/>
        </w:rPr>
        <w:t xml:space="preserve"> sun hat</w:t>
      </w:r>
    </w:p>
    <w:p w14:paraId="0271C04B" w14:textId="6049C7DC" w:rsidR="00A22983" w:rsidRDefault="00A22983">
      <w:pPr>
        <w:pStyle w:val="ListBullet"/>
        <w:rPr>
          <w:rFonts w:asciiTheme="majorHAnsi" w:hAnsiTheme="majorHAnsi" w:cstheme="majorHAnsi"/>
        </w:rPr>
      </w:pPr>
      <w:r w:rsidRPr="004946BB">
        <w:rPr>
          <w:rFonts w:asciiTheme="majorHAnsi" w:hAnsiTheme="majorHAnsi" w:cstheme="majorHAnsi"/>
          <w:b/>
          <w:bCs/>
        </w:rPr>
        <w:t>Glasses/contacts</w:t>
      </w:r>
      <w:r w:rsidR="004946BB">
        <w:rPr>
          <w:rFonts w:asciiTheme="majorHAnsi" w:hAnsiTheme="majorHAnsi" w:cstheme="majorHAnsi"/>
        </w:rPr>
        <w:t xml:space="preserve"> (</w:t>
      </w:r>
      <w:r w:rsidR="0069202B">
        <w:rPr>
          <w:rFonts w:asciiTheme="majorHAnsi" w:hAnsiTheme="majorHAnsi" w:cstheme="majorHAnsi"/>
        </w:rPr>
        <w:t>as needed</w:t>
      </w:r>
      <w:r w:rsidR="004946BB">
        <w:rPr>
          <w:rFonts w:asciiTheme="majorHAnsi" w:hAnsiTheme="majorHAnsi" w:cstheme="majorHAnsi"/>
        </w:rPr>
        <w:t>)</w:t>
      </w:r>
    </w:p>
    <w:p w14:paraId="751A438C" w14:textId="46FBB80D" w:rsidR="00130D86" w:rsidRDefault="00DF3D63">
      <w:pPr>
        <w:pStyle w:val="ListBullet"/>
        <w:rPr>
          <w:rFonts w:asciiTheme="majorHAnsi" w:hAnsiTheme="majorHAnsi" w:cstheme="majorHAnsi"/>
        </w:rPr>
      </w:pPr>
      <w:r w:rsidRPr="006D1819">
        <w:rPr>
          <w:rFonts w:asciiTheme="majorHAnsi" w:hAnsiTheme="majorHAnsi" w:cstheme="majorHAnsi"/>
          <w:b/>
          <w:bCs/>
        </w:rPr>
        <w:t>Wet wipes</w:t>
      </w:r>
      <w:r w:rsidR="006D1819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="006D1819">
        <w:rPr>
          <w:rFonts w:asciiTheme="majorHAnsi" w:hAnsiTheme="majorHAnsi" w:cstheme="majorHAnsi"/>
        </w:rPr>
        <w:t xml:space="preserve">small pack </w:t>
      </w:r>
      <w:r w:rsidR="00C22E81">
        <w:rPr>
          <w:rFonts w:asciiTheme="majorHAnsi" w:hAnsiTheme="majorHAnsi" w:cstheme="majorHAnsi"/>
        </w:rPr>
        <w:t>(optional)</w:t>
      </w:r>
    </w:p>
    <w:p w14:paraId="51C28068" w14:textId="6A2EA88A" w:rsidR="007A6E81" w:rsidRDefault="00C22E81">
      <w:pPr>
        <w:pStyle w:val="ListBullet"/>
        <w:rPr>
          <w:rFonts w:asciiTheme="majorHAnsi" w:hAnsiTheme="majorHAnsi" w:cstheme="majorHAnsi"/>
        </w:rPr>
      </w:pPr>
      <w:r w:rsidRPr="00C22E81">
        <w:rPr>
          <w:rFonts w:asciiTheme="majorHAnsi" w:hAnsiTheme="majorHAnsi" w:cstheme="majorHAnsi"/>
          <w:b/>
          <w:bCs/>
        </w:rPr>
        <w:t>Journal</w:t>
      </w:r>
      <w:r>
        <w:rPr>
          <w:rFonts w:asciiTheme="majorHAnsi" w:hAnsiTheme="majorHAnsi" w:cstheme="majorHAnsi"/>
        </w:rPr>
        <w:t>, small</w:t>
      </w:r>
      <w:r w:rsidR="007A6E81">
        <w:rPr>
          <w:rFonts w:asciiTheme="majorHAnsi" w:hAnsiTheme="majorHAnsi" w:cstheme="majorHAnsi"/>
        </w:rPr>
        <w:t xml:space="preserve"> (optional)</w:t>
      </w:r>
    </w:p>
    <w:p w14:paraId="512018CF" w14:textId="4F38A730" w:rsidR="000C3116" w:rsidRDefault="008066D4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Neck pillow</w:t>
      </w:r>
      <w:r w:rsidR="005A1650">
        <w:rPr>
          <w:rFonts w:asciiTheme="majorHAnsi" w:hAnsiTheme="majorHAnsi" w:cstheme="majorHAnsi"/>
        </w:rPr>
        <w:t xml:space="preserve"> </w:t>
      </w:r>
      <w:r w:rsidR="000C3116">
        <w:rPr>
          <w:rFonts w:asciiTheme="majorHAnsi" w:hAnsiTheme="majorHAnsi" w:cstheme="majorHAnsi"/>
        </w:rPr>
        <w:t>for plane</w:t>
      </w:r>
      <w:r>
        <w:rPr>
          <w:rFonts w:asciiTheme="majorHAnsi" w:hAnsiTheme="majorHAnsi" w:cstheme="majorHAnsi"/>
        </w:rPr>
        <w:t>/bus</w:t>
      </w:r>
      <w:r w:rsidR="000C3116">
        <w:rPr>
          <w:rFonts w:asciiTheme="majorHAnsi" w:hAnsiTheme="majorHAnsi" w:cstheme="majorHAnsi"/>
        </w:rPr>
        <w:t xml:space="preserve"> (optional)</w:t>
      </w:r>
    </w:p>
    <w:p w14:paraId="0B9E48C6" w14:textId="77777777" w:rsidR="00130D86" w:rsidRPr="00AD6792" w:rsidRDefault="00A05794" w:rsidP="00C55ABA">
      <w:pPr>
        <w:pStyle w:val="Heading2"/>
        <w:ind w:left="-144"/>
        <w:rPr>
          <w:rFonts w:cstheme="majorHAnsi"/>
        </w:rPr>
      </w:pPr>
      <w:r w:rsidRPr="00AD6792">
        <w:rPr>
          <w:rFonts w:ascii="Segoe UI Emoji" w:hAnsi="Segoe UI Emoji" w:cs="Segoe UI Emoji"/>
        </w:rPr>
        <w:t>👗</w:t>
      </w:r>
      <w:r w:rsidRPr="00AD6792">
        <w:rPr>
          <w:rFonts w:cstheme="majorHAnsi"/>
        </w:rPr>
        <w:t xml:space="preserve"> LAUNDRY STRATEGY</w:t>
      </w:r>
    </w:p>
    <w:p w14:paraId="0A8A15E7" w14:textId="5991AA5C" w:rsidR="0018348D" w:rsidRDefault="0015533F" w:rsidP="0018348D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Bring a few </w:t>
      </w:r>
      <w:r w:rsidR="002D4E25">
        <w:rPr>
          <w:rFonts w:asciiTheme="majorHAnsi" w:hAnsiTheme="majorHAnsi" w:cstheme="majorHAnsi"/>
          <w:b/>
          <w:bCs/>
        </w:rPr>
        <w:t>la</w:t>
      </w:r>
      <w:r w:rsidR="004F4BCF" w:rsidRPr="004F4BCF">
        <w:rPr>
          <w:rFonts w:asciiTheme="majorHAnsi" w:hAnsiTheme="majorHAnsi" w:cstheme="majorHAnsi"/>
          <w:b/>
          <w:bCs/>
        </w:rPr>
        <w:t>undry</w:t>
      </w:r>
      <w:r w:rsidR="0018348D" w:rsidRPr="004F4BCF">
        <w:rPr>
          <w:rFonts w:asciiTheme="majorHAnsi" w:hAnsiTheme="majorHAnsi" w:cstheme="majorHAnsi"/>
          <w:b/>
          <w:bCs/>
        </w:rPr>
        <w:t xml:space="preserve"> detergent sheets</w:t>
      </w:r>
      <w:r w:rsidR="0018348D">
        <w:rPr>
          <w:rFonts w:asciiTheme="majorHAnsi" w:hAnsiTheme="majorHAnsi" w:cstheme="majorHAnsi"/>
        </w:rPr>
        <w:t xml:space="preserve"> </w:t>
      </w:r>
      <w:r w:rsidR="004F4BCF">
        <w:rPr>
          <w:rFonts w:asciiTheme="majorHAnsi" w:hAnsiTheme="majorHAnsi" w:cstheme="majorHAnsi"/>
        </w:rPr>
        <w:t xml:space="preserve">in </w:t>
      </w:r>
      <w:r w:rsidR="0018348D">
        <w:rPr>
          <w:rFonts w:asciiTheme="majorHAnsi" w:hAnsiTheme="majorHAnsi" w:cstheme="majorHAnsi"/>
        </w:rPr>
        <w:t xml:space="preserve">small </w:t>
      </w:r>
      <w:r w:rsidR="004F4BCF">
        <w:rPr>
          <w:rFonts w:asciiTheme="majorHAnsi" w:hAnsiTheme="majorHAnsi" w:cstheme="majorHAnsi"/>
        </w:rPr>
        <w:t xml:space="preserve">zip-top </w:t>
      </w:r>
      <w:r w:rsidR="002014F1">
        <w:rPr>
          <w:rFonts w:asciiTheme="majorHAnsi" w:hAnsiTheme="majorHAnsi" w:cstheme="majorHAnsi"/>
        </w:rPr>
        <w:t>bag</w:t>
      </w:r>
    </w:p>
    <w:p w14:paraId="525A9198" w14:textId="3CB76E14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 xml:space="preserve">Plan to do laundry </w:t>
      </w:r>
      <w:r w:rsidR="00DF1EA3">
        <w:rPr>
          <w:rFonts w:asciiTheme="majorHAnsi" w:hAnsiTheme="majorHAnsi" w:cstheme="majorHAnsi"/>
        </w:rPr>
        <w:t>1-2 times in the</w:t>
      </w:r>
      <w:r w:rsidRPr="00AD6792">
        <w:rPr>
          <w:rFonts w:asciiTheme="majorHAnsi" w:hAnsiTheme="majorHAnsi" w:cstheme="majorHAnsi"/>
        </w:rPr>
        <w:t xml:space="preserve"> hotel sink</w:t>
      </w:r>
      <w:r w:rsidR="00685CA4">
        <w:rPr>
          <w:rFonts w:asciiTheme="majorHAnsi" w:hAnsiTheme="majorHAnsi" w:cstheme="majorHAnsi"/>
        </w:rPr>
        <w:t>/</w:t>
      </w:r>
      <w:r w:rsidR="0018348D">
        <w:rPr>
          <w:rFonts w:asciiTheme="majorHAnsi" w:hAnsiTheme="majorHAnsi" w:cstheme="majorHAnsi"/>
        </w:rPr>
        <w:t>tub</w:t>
      </w:r>
      <w:r w:rsidR="00DF1EA3">
        <w:rPr>
          <w:rFonts w:asciiTheme="majorHAnsi" w:hAnsiTheme="majorHAnsi" w:cstheme="majorHAnsi"/>
        </w:rPr>
        <w:t xml:space="preserve"> (hang in shower</w:t>
      </w:r>
      <w:r w:rsidR="0020176D">
        <w:rPr>
          <w:rFonts w:asciiTheme="majorHAnsi" w:hAnsiTheme="majorHAnsi" w:cstheme="majorHAnsi"/>
        </w:rPr>
        <w:t xml:space="preserve"> to dry)</w:t>
      </w:r>
    </w:p>
    <w:p w14:paraId="78E0E6A8" w14:textId="57664359" w:rsidR="00130D86" w:rsidRDefault="004A6A1E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Roll clothing or use </w:t>
      </w:r>
      <w:r w:rsidRPr="00AD6792">
        <w:rPr>
          <w:rFonts w:asciiTheme="majorHAnsi" w:hAnsiTheme="majorHAnsi" w:cstheme="majorHAnsi"/>
        </w:rPr>
        <w:t>packing cubes for compression and organization</w:t>
      </w:r>
    </w:p>
    <w:p w14:paraId="62EAFF48" w14:textId="77777777" w:rsidR="000A7B25" w:rsidRDefault="000A7B25" w:rsidP="000A7B25">
      <w:pPr>
        <w:pStyle w:val="ListBullet"/>
        <w:numPr>
          <w:ilvl w:val="0"/>
          <w:numId w:val="0"/>
        </w:numPr>
        <w:ind w:left="360"/>
        <w:rPr>
          <w:rFonts w:asciiTheme="majorHAnsi" w:hAnsiTheme="majorHAnsi" w:cstheme="majorHAnsi"/>
        </w:rPr>
      </w:pPr>
    </w:p>
    <w:p w14:paraId="5F86CD62" w14:textId="77777777" w:rsidR="000A7B25" w:rsidRPr="00AD6792" w:rsidRDefault="000A7B25" w:rsidP="000A7B25">
      <w:pPr>
        <w:pStyle w:val="ListBullet"/>
        <w:numPr>
          <w:ilvl w:val="0"/>
          <w:numId w:val="0"/>
        </w:numPr>
        <w:ind w:left="360"/>
        <w:rPr>
          <w:rFonts w:asciiTheme="majorHAnsi" w:hAnsiTheme="majorHAnsi" w:cstheme="majorHAnsi"/>
        </w:rPr>
      </w:pPr>
    </w:p>
    <w:p w14:paraId="66FDBC48" w14:textId="77777777" w:rsidR="00130D86" w:rsidRPr="00AD6792" w:rsidRDefault="00A05794" w:rsidP="00C55ABA">
      <w:pPr>
        <w:pStyle w:val="Heading2"/>
        <w:ind w:left="-144"/>
        <w:rPr>
          <w:rFonts w:cstheme="majorHAnsi"/>
        </w:rPr>
      </w:pPr>
      <w:r w:rsidRPr="00AD6792">
        <w:rPr>
          <w:rFonts w:ascii="Segoe UI Emoji" w:hAnsi="Segoe UI Emoji" w:cs="Segoe UI Emoji"/>
          <w:color w:val="EE0000"/>
        </w:rPr>
        <w:t>🚫</w:t>
      </w:r>
      <w:r w:rsidRPr="00AD6792">
        <w:rPr>
          <w:rFonts w:cstheme="majorHAnsi"/>
        </w:rPr>
        <w:t xml:space="preserve"> </w:t>
      </w:r>
      <w:r w:rsidRPr="00AD6792">
        <w:rPr>
          <w:rFonts w:cstheme="majorHAnsi"/>
          <w:color w:val="EE0000"/>
        </w:rPr>
        <w:t>DO NOT PACK</w:t>
      </w:r>
    </w:p>
    <w:p w14:paraId="2F2CFCBC" w14:textId="7777777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>Heavy denim (limit to 1 pair max)</w:t>
      </w:r>
    </w:p>
    <w:p w14:paraId="6BE88552" w14:textId="7777777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>High heels or uncomfortable shoes</w:t>
      </w:r>
    </w:p>
    <w:p w14:paraId="524F9080" w14:textId="77777777" w:rsidR="00130D86" w:rsidRPr="00AD6792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>Full-size toiletries</w:t>
      </w:r>
    </w:p>
    <w:p w14:paraId="3BA5DC3C" w14:textId="77777777" w:rsidR="006D0816" w:rsidRDefault="00A05794">
      <w:pPr>
        <w:pStyle w:val="ListBullet"/>
        <w:rPr>
          <w:rFonts w:asciiTheme="majorHAnsi" w:hAnsiTheme="majorHAnsi" w:cstheme="majorHAnsi"/>
        </w:rPr>
      </w:pPr>
      <w:r w:rsidRPr="00AD6792">
        <w:rPr>
          <w:rFonts w:asciiTheme="majorHAnsi" w:hAnsiTheme="majorHAnsi" w:cstheme="majorHAnsi"/>
        </w:rPr>
        <w:t xml:space="preserve">Too </w:t>
      </w:r>
      <w:r w:rsidR="00AD6792">
        <w:rPr>
          <w:rFonts w:asciiTheme="majorHAnsi" w:hAnsiTheme="majorHAnsi" w:cstheme="majorHAnsi"/>
        </w:rPr>
        <w:t>much clothing</w:t>
      </w:r>
    </w:p>
    <w:p w14:paraId="124E5BBB" w14:textId="77777777" w:rsidR="006D0816" w:rsidRDefault="006D0816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AD6792">
        <w:rPr>
          <w:rFonts w:asciiTheme="majorHAnsi" w:hAnsiTheme="majorHAnsi" w:cstheme="majorHAnsi"/>
        </w:rPr>
        <w:t xml:space="preserve">oo </w:t>
      </w:r>
      <w:r w:rsidRPr="00AD6792">
        <w:rPr>
          <w:rFonts w:asciiTheme="majorHAnsi" w:hAnsiTheme="majorHAnsi" w:cstheme="majorHAnsi"/>
        </w:rPr>
        <w:t>many accessories</w:t>
      </w:r>
    </w:p>
    <w:p w14:paraId="51676620" w14:textId="6321D6CB" w:rsidR="00130D86" w:rsidRDefault="006D0816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AD6792">
        <w:rPr>
          <w:rFonts w:asciiTheme="majorHAnsi" w:hAnsiTheme="majorHAnsi" w:cstheme="majorHAnsi"/>
        </w:rPr>
        <w:t>ulky items</w:t>
      </w:r>
    </w:p>
    <w:p w14:paraId="192728DA" w14:textId="77777777" w:rsidR="00D51EEC" w:rsidRDefault="00D51EEC" w:rsidP="00D51EEC">
      <w:pPr>
        <w:pStyle w:val="ListBullet"/>
        <w:numPr>
          <w:ilvl w:val="0"/>
          <w:numId w:val="0"/>
        </w:numPr>
        <w:rPr>
          <w:rFonts w:asciiTheme="majorHAnsi" w:hAnsiTheme="majorHAnsi" w:cstheme="majorHAnsi"/>
        </w:rPr>
      </w:pPr>
    </w:p>
    <w:p w14:paraId="2EBFBA9D" w14:textId="77777777" w:rsidR="00427748" w:rsidRDefault="00427748" w:rsidP="000A7B25">
      <w:pPr>
        <w:pStyle w:val="Heading2"/>
        <w:ind w:left="-144"/>
        <w:rPr>
          <w:rFonts w:ascii="Segoe UI Emoji" w:hAnsi="Segoe UI Emoji" w:cs="Segoe UI Emoji"/>
        </w:rPr>
      </w:pPr>
    </w:p>
    <w:p w14:paraId="3C63AE13" w14:textId="74A2B4ED" w:rsidR="000A7B25" w:rsidRPr="000A7B25" w:rsidRDefault="000A7B25" w:rsidP="000A7B25">
      <w:pPr>
        <w:sectPr w:rsidR="000A7B25" w:rsidRPr="000A7B25" w:rsidSect="0001499E">
          <w:type w:val="continuous"/>
          <w:pgSz w:w="12240" w:h="15840"/>
          <w:pgMar w:top="540" w:right="1440" w:bottom="810" w:left="1440" w:header="720" w:footer="720" w:gutter="0"/>
          <w:cols w:num="2" w:space="720"/>
          <w:docGrid w:linePitch="360"/>
        </w:sectPr>
      </w:pPr>
    </w:p>
    <w:p w14:paraId="7BC9EF59" w14:textId="77777777" w:rsidR="0001499E" w:rsidRDefault="0001499E" w:rsidP="0001499E">
      <w:pPr>
        <w:pStyle w:val="ListBullet"/>
        <w:numPr>
          <w:ilvl w:val="0"/>
          <w:numId w:val="0"/>
        </w:numPr>
        <w:rPr>
          <w:rFonts w:asciiTheme="majorHAnsi" w:hAnsiTheme="majorHAnsi" w:cstheme="majorHAnsi"/>
        </w:rPr>
      </w:pPr>
    </w:p>
    <w:p w14:paraId="48FBD20B" w14:textId="344E852E" w:rsidR="0001499E" w:rsidRPr="00CE68EF" w:rsidRDefault="00D51EEC" w:rsidP="0001499E">
      <w:pPr>
        <w:pStyle w:val="Heading1"/>
        <w:jc w:val="center"/>
        <w:rPr>
          <w:rFonts w:cstheme="majorHAnsi"/>
          <w:sz w:val="32"/>
          <w:szCs w:val="32"/>
        </w:rPr>
      </w:pPr>
      <w:r>
        <w:rPr>
          <w:rFonts w:cstheme="majorHAnsi"/>
          <w:sz w:val="32"/>
          <w:szCs w:val="32"/>
        </w:rPr>
        <w:lastRenderedPageBreak/>
        <w:t xml:space="preserve">How to Organize </w:t>
      </w:r>
      <w:r w:rsidR="008A38BB">
        <w:rPr>
          <w:rFonts w:cstheme="majorHAnsi"/>
          <w:sz w:val="32"/>
          <w:szCs w:val="32"/>
        </w:rPr>
        <w:t>Y</w:t>
      </w:r>
      <w:r>
        <w:rPr>
          <w:rFonts w:cstheme="majorHAnsi"/>
          <w:sz w:val="32"/>
          <w:szCs w:val="32"/>
        </w:rPr>
        <w:t>our Packing</w:t>
      </w:r>
    </w:p>
    <w:p w14:paraId="7A18BEEA" w14:textId="77777777" w:rsidR="0001499E" w:rsidRDefault="0001499E" w:rsidP="0001499E">
      <w:pPr>
        <w:pStyle w:val="Heading2"/>
        <w:rPr>
          <w:rFonts w:ascii="Segoe UI Emoji" w:hAnsi="Segoe UI Emoji" w:cs="Segoe UI Emoji"/>
        </w:rPr>
        <w:sectPr w:rsidR="0001499E" w:rsidSect="0001499E">
          <w:type w:val="continuous"/>
          <w:pgSz w:w="12240" w:h="15840"/>
          <w:pgMar w:top="540" w:right="1440" w:bottom="810" w:left="1440" w:header="720" w:footer="720" w:gutter="0"/>
          <w:cols w:space="720"/>
          <w:docGrid w:linePitch="360"/>
        </w:sectPr>
      </w:pPr>
    </w:p>
    <w:p w14:paraId="22610AED" w14:textId="2863B050" w:rsidR="0001499E" w:rsidRPr="00AD6792" w:rsidRDefault="007E28AC" w:rsidP="0073509B">
      <w:pPr>
        <w:pStyle w:val="Heading2"/>
        <w:spacing w:before="600"/>
        <w:rPr>
          <w:rFonts w:cstheme="majorHAnsi"/>
        </w:rPr>
      </w:pPr>
      <w:r>
        <w:rPr>
          <w:rFonts w:cstheme="majorHAnsi"/>
        </w:rPr>
        <w:t>In “Personal Item</w:t>
      </w:r>
      <w:r w:rsidR="00BC6C6B">
        <w:rPr>
          <w:rFonts w:cstheme="majorHAnsi"/>
        </w:rPr>
        <w:t>”</w:t>
      </w:r>
    </w:p>
    <w:p w14:paraId="240C0E94" w14:textId="77777777" w:rsidR="00ED53CE" w:rsidRPr="00ED53CE" w:rsidRDefault="00ED53CE" w:rsidP="00B26D1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4"/>
          <w:szCs w:val="4"/>
          <w:u w:val="single"/>
        </w:rPr>
      </w:pPr>
    </w:p>
    <w:p w14:paraId="399738D7" w14:textId="55BF3975" w:rsidR="0026652E" w:rsidRDefault="0026652E" w:rsidP="00B26D1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  <w:r w:rsidRPr="00B26D15">
        <w:rPr>
          <w:rFonts w:asciiTheme="majorHAnsi" w:hAnsiTheme="majorHAnsi" w:cstheme="majorHAnsi"/>
          <w:u w:val="single"/>
        </w:rPr>
        <w:t>Size</w:t>
      </w:r>
      <w:r>
        <w:rPr>
          <w:rFonts w:asciiTheme="majorHAnsi" w:hAnsiTheme="majorHAnsi" w:cstheme="majorHAnsi"/>
        </w:rPr>
        <w:t xml:space="preserve">: </w:t>
      </w:r>
      <w:r w:rsidRPr="0026652E">
        <w:rPr>
          <w:rFonts w:asciiTheme="majorHAnsi" w:hAnsiTheme="majorHAnsi" w:cstheme="majorHAnsi"/>
        </w:rPr>
        <w:t>within the dimensions</w:t>
      </w:r>
      <w:r w:rsidR="00D5197C">
        <w:rPr>
          <w:rFonts w:asciiTheme="majorHAnsi" w:hAnsiTheme="majorHAnsi" w:cstheme="majorHAnsi"/>
        </w:rPr>
        <w:t xml:space="preserve"> of </w:t>
      </w:r>
      <w:r w:rsidRPr="0026652E">
        <w:rPr>
          <w:rFonts w:asciiTheme="majorHAnsi" w:hAnsiTheme="majorHAnsi" w:cstheme="majorHAnsi"/>
        </w:rPr>
        <w:t>40cm x 30cm x 20cm that can be stored under the seat in front of you</w:t>
      </w:r>
    </w:p>
    <w:p w14:paraId="4D0873C2" w14:textId="77777777" w:rsidR="00ED53CE" w:rsidRPr="00ED53CE" w:rsidRDefault="00ED53CE" w:rsidP="00B26D1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4"/>
          <w:szCs w:val="4"/>
        </w:rPr>
      </w:pPr>
    </w:p>
    <w:p w14:paraId="5E7CB770" w14:textId="5A744566" w:rsidR="007E28AC" w:rsidRP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Passport</w:t>
      </w:r>
      <w:r>
        <w:rPr>
          <w:rFonts w:asciiTheme="majorHAnsi" w:hAnsiTheme="majorHAnsi" w:cstheme="majorHAnsi"/>
        </w:rPr>
        <w:t xml:space="preserve"> </w:t>
      </w:r>
      <w:r w:rsidRPr="007E28AC">
        <w:rPr>
          <w:rFonts w:asciiTheme="majorHAnsi" w:hAnsiTheme="majorHAnsi" w:cstheme="majorHAnsi"/>
        </w:rPr>
        <w:t>(and visa if your passport is from a non-U.S. country that requires it)</w:t>
      </w:r>
    </w:p>
    <w:p w14:paraId="71962CA9" w14:textId="58130CAF" w:rsidR="007E28AC" w:rsidRP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Cash card</w:t>
      </w:r>
      <w:r w:rsidR="00D5197C">
        <w:rPr>
          <w:rFonts w:asciiTheme="majorHAnsi" w:hAnsiTheme="majorHAnsi" w:cstheme="majorHAnsi"/>
        </w:rPr>
        <w:t>/money</w:t>
      </w:r>
    </w:p>
    <w:p w14:paraId="293C3B98" w14:textId="77777777" w:rsid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Phone charger</w:t>
      </w:r>
    </w:p>
    <w:p w14:paraId="6BA56E59" w14:textId="46AEC8E8" w:rsidR="00B42F7A" w:rsidRPr="007E28AC" w:rsidRDefault="00B42F7A" w:rsidP="007E28AC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Headphones (optional)</w:t>
      </w:r>
    </w:p>
    <w:p w14:paraId="06C6F4CA" w14:textId="77777777" w:rsidR="007E28AC" w:rsidRP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Water bottle (empty through security)</w:t>
      </w:r>
    </w:p>
    <w:p w14:paraId="19A99033" w14:textId="77777777" w:rsidR="007E28AC" w:rsidRP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Sunglasses</w:t>
      </w:r>
    </w:p>
    <w:p w14:paraId="190DAB74" w14:textId="77777777" w:rsidR="007E28AC" w:rsidRP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Contact lenses or glasses</w:t>
      </w:r>
    </w:p>
    <w:p w14:paraId="3C773A16" w14:textId="77777777" w:rsidR="007E28AC" w:rsidRP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Lightweight jacket/sweater</w:t>
      </w:r>
    </w:p>
    <w:p w14:paraId="44FC39A1" w14:textId="0CAF092D" w:rsidR="007E28AC" w:rsidRDefault="007E28AC" w:rsidP="007E28AC">
      <w:pPr>
        <w:pStyle w:val="ListBullet"/>
        <w:rPr>
          <w:rFonts w:asciiTheme="majorHAnsi" w:hAnsiTheme="majorHAnsi" w:cstheme="majorHAnsi"/>
        </w:rPr>
      </w:pPr>
      <w:r w:rsidRPr="007E28AC">
        <w:rPr>
          <w:rFonts w:asciiTheme="majorHAnsi" w:hAnsiTheme="majorHAnsi" w:cstheme="majorHAnsi"/>
        </w:rPr>
        <w:t>Entertainment for</w:t>
      </w:r>
      <w:r w:rsidR="0014113E">
        <w:rPr>
          <w:rFonts w:asciiTheme="majorHAnsi" w:hAnsiTheme="majorHAnsi" w:cstheme="majorHAnsi"/>
        </w:rPr>
        <w:t xml:space="preserve"> the</w:t>
      </w:r>
      <w:r w:rsidRPr="007E28AC">
        <w:rPr>
          <w:rFonts w:asciiTheme="majorHAnsi" w:hAnsiTheme="majorHAnsi" w:cstheme="majorHAnsi"/>
        </w:rPr>
        <w:t xml:space="preserve"> plane</w:t>
      </w:r>
    </w:p>
    <w:p w14:paraId="7553F341" w14:textId="435FC78E" w:rsidR="000D70C5" w:rsidRDefault="000D70C5" w:rsidP="007E28AC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Medications needed for the day</w:t>
      </w:r>
    </w:p>
    <w:p w14:paraId="6F577820" w14:textId="46943078" w:rsidR="00402521" w:rsidRPr="00B26D15" w:rsidRDefault="009923DE" w:rsidP="00B26D15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Neck pillow (optional)</w:t>
      </w:r>
    </w:p>
    <w:p w14:paraId="56AF4A5A" w14:textId="77777777" w:rsidR="0001499E" w:rsidRDefault="0001499E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09CD0C85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556A2A8E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5138C213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325AA0EF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042A0686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06B01ADA" w14:textId="77777777" w:rsidR="004A309B" w:rsidRDefault="004A3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181B3996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3FA5B88A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08B63846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097F4575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590FFC5F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3794AAF4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0DD3734E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58582032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4482C254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4992111D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4672FE03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222D6E57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38A0AF8F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3409DA20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57AAF6C7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6A435A5C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3A884C21" w14:textId="77777777" w:rsidR="0073509B" w:rsidRDefault="0073509B" w:rsidP="0001499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</w:p>
    <w:p w14:paraId="385DEF2D" w14:textId="77777777" w:rsidR="0073509B" w:rsidRDefault="0073509B" w:rsidP="0073509B">
      <w:pPr>
        <w:pStyle w:val="ListBullet"/>
        <w:numPr>
          <w:ilvl w:val="0"/>
          <w:numId w:val="0"/>
        </w:numPr>
        <w:rPr>
          <w:rFonts w:asciiTheme="majorHAnsi" w:hAnsiTheme="majorHAnsi" w:cstheme="majorHAnsi"/>
        </w:rPr>
      </w:pPr>
    </w:p>
    <w:p w14:paraId="43EB2F75" w14:textId="77777777" w:rsidR="009D6235" w:rsidRDefault="009D6235" w:rsidP="00ED760E">
      <w:pPr>
        <w:pStyle w:val="Heading2"/>
        <w:rPr>
          <w:rFonts w:cstheme="majorHAnsi"/>
        </w:rPr>
      </w:pPr>
    </w:p>
    <w:p w14:paraId="17946D40" w14:textId="4731287D" w:rsidR="00ED760E" w:rsidRPr="000F3A47" w:rsidRDefault="00ED760E" w:rsidP="00ED760E">
      <w:pPr>
        <w:pStyle w:val="Heading2"/>
        <w:rPr>
          <w:rFonts w:cstheme="majorHAnsi"/>
          <w:sz w:val="24"/>
          <w:szCs w:val="24"/>
        </w:rPr>
      </w:pPr>
      <w:r>
        <w:rPr>
          <w:rFonts w:cstheme="majorHAnsi"/>
        </w:rPr>
        <w:t xml:space="preserve">In </w:t>
      </w:r>
      <w:r w:rsidR="00597BC4" w:rsidRPr="00597BC4">
        <w:rPr>
          <w:rFonts w:cstheme="majorHAnsi"/>
        </w:rPr>
        <w:t>Rolling Carry-On</w:t>
      </w:r>
    </w:p>
    <w:p w14:paraId="3EB85EB0" w14:textId="77777777" w:rsidR="009D6235" w:rsidRPr="00ED53CE" w:rsidRDefault="009D6235" w:rsidP="00B26D1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4"/>
          <w:szCs w:val="4"/>
          <w:u w:val="single"/>
        </w:rPr>
      </w:pPr>
    </w:p>
    <w:p w14:paraId="05805D5F" w14:textId="15CEEF20" w:rsidR="002B2C26" w:rsidRDefault="002B2C26" w:rsidP="00B26D1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  <w:r w:rsidRPr="00B26D15">
        <w:rPr>
          <w:rFonts w:asciiTheme="majorHAnsi" w:hAnsiTheme="majorHAnsi" w:cstheme="majorHAnsi"/>
          <w:u w:val="single"/>
        </w:rPr>
        <w:t>Size</w:t>
      </w:r>
      <w:r>
        <w:rPr>
          <w:rFonts w:asciiTheme="majorHAnsi" w:hAnsiTheme="majorHAnsi" w:cstheme="majorHAnsi"/>
        </w:rPr>
        <w:t xml:space="preserve">: </w:t>
      </w:r>
      <w:r w:rsidR="009D6235">
        <w:rPr>
          <w:rFonts w:asciiTheme="majorHAnsi" w:hAnsiTheme="majorHAnsi" w:cstheme="majorHAnsi"/>
        </w:rPr>
        <w:t>T</w:t>
      </w:r>
      <w:r w:rsidRPr="002B2C26">
        <w:rPr>
          <w:rFonts w:asciiTheme="majorHAnsi" w:hAnsiTheme="majorHAnsi" w:cstheme="majorHAnsi"/>
        </w:rPr>
        <w:t xml:space="preserve">he sum of the three sides is within </w:t>
      </w:r>
      <w:proofErr w:type="gramStart"/>
      <w:r w:rsidRPr="002B2C26">
        <w:rPr>
          <w:rFonts w:asciiTheme="majorHAnsi" w:hAnsiTheme="majorHAnsi" w:cstheme="majorHAnsi"/>
        </w:rPr>
        <w:t>115cm</w:t>
      </w:r>
      <w:proofErr w:type="gramEnd"/>
      <w:r w:rsidRPr="002B2C26">
        <w:rPr>
          <w:rFonts w:asciiTheme="majorHAnsi" w:hAnsiTheme="majorHAnsi" w:cstheme="majorHAnsi"/>
        </w:rPr>
        <w:t xml:space="preserve"> or</w:t>
      </w:r>
      <w:r w:rsidR="009A38F2">
        <w:rPr>
          <w:rFonts w:asciiTheme="majorHAnsi" w:hAnsiTheme="majorHAnsi" w:cstheme="majorHAnsi"/>
        </w:rPr>
        <w:t xml:space="preserve"> the max dimension of each side is</w:t>
      </w:r>
      <w:r w:rsidRPr="002B2C26">
        <w:rPr>
          <w:rFonts w:asciiTheme="majorHAnsi" w:hAnsiTheme="majorHAnsi" w:cstheme="majorHAnsi"/>
        </w:rPr>
        <w:t xml:space="preserve"> 55 x 40 x 20cm (21.5 x 15.75 x 7.75 inches)</w:t>
      </w:r>
    </w:p>
    <w:p w14:paraId="4AC5B2EB" w14:textId="77777777" w:rsidR="009D6235" w:rsidRPr="009D6235" w:rsidRDefault="009D6235" w:rsidP="00B26D1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8"/>
          <w:szCs w:val="8"/>
          <w:u w:val="single"/>
        </w:rPr>
      </w:pPr>
    </w:p>
    <w:p w14:paraId="3A24B702" w14:textId="42156B64" w:rsidR="002B2C26" w:rsidRDefault="002B2C26" w:rsidP="00B26D1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</w:rPr>
      </w:pPr>
      <w:r w:rsidRPr="00B26D15">
        <w:rPr>
          <w:rFonts w:asciiTheme="majorHAnsi" w:hAnsiTheme="majorHAnsi" w:cstheme="majorHAnsi"/>
          <w:u w:val="single"/>
        </w:rPr>
        <w:t>Weight</w:t>
      </w:r>
      <w:r>
        <w:rPr>
          <w:rFonts w:asciiTheme="majorHAnsi" w:hAnsiTheme="majorHAnsi" w:cstheme="majorHAnsi"/>
        </w:rPr>
        <w:t xml:space="preserve">: </w:t>
      </w:r>
      <w:r w:rsidR="009A38F2">
        <w:rPr>
          <w:rFonts w:asciiTheme="majorHAnsi" w:hAnsiTheme="majorHAnsi" w:cstheme="majorHAnsi"/>
        </w:rPr>
        <w:t>10kg (22lbs)</w:t>
      </w:r>
    </w:p>
    <w:p w14:paraId="5DB01CC5" w14:textId="5E29D294" w:rsidR="00597BC4" w:rsidRDefault="00597BC4" w:rsidP="00597BC4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Clothing</w:t>
      </w:r>
    </w:p>
    <w:p w14:paraId="104BC5EF" w14:textId="7BA3B267" w:rsidR="00597BC4" w:rsidRDefault="00597BC4" w:rsidP="00597BC4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Toiletries</w:t>
      </w:r>
      <w:r w:rsidR="0045796D">
        <w:rPr>
          <w:rFonts w:asciiTheme="majorHAnsi" w:hAnsiTheme="majorHAnsi" w:cstheme="majorHAnsi"/>
        </w:rPr>
        <w:t>*</w:t>
      </w:r>
    </w:p>
    <w:p w14:paraId="6BC94A73" w14:textId="17A521EB" w:rsidR="00F3567D" w:rsidRDefault="003A5043" w:rsidP="00F3567D">
      <w:pPr>
        <w:pStyle w:val="ListBullet"/>
        <w:numPr>
          <w:ilvl w:val="0"/>
          <w:numId w:val="0"/>
        </w:numPr>
        <w:ind w:left="720" w:hanging="1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*</w:t>
      </w:r>
      <w:r w:rsidR="00F3567D">
        <w:rPr>
          <w:rFonts w:asciiTheme="majorHAnsi" w:hAnsiTheme="majorHAnsi" w:cstheme="majorHAnsi"/>
        </w:rPr>
        <w:t xml:space="preserve"> </w:t>
      </w:r>
      <w:r w:rsidRPr="003A5043">
        <w:rPr>
          <w:rFonts w:asciiTheme="majorHAnsi" w:hAnsiTheme="majorHAnsi" w:cstheme="majorHAnsi"/>
        </w:rPr>
        <w:t>Any liquid, aerosol, gel, cream, or paste</w:t>
      </w:r>
      <w:r w:rsidR="00F3567D">
        <w:rPr>
          <w:rFonts w:asciiTheme="majorHAnsi" w:hAnsiTheme="majorHAnsi" w:cstheme="majorHAnsi"/>
        </w:rPr>
        <w:t xml:space="preserve"> must go in 1-quart zip-t</w:t>
      </w:r>
      <w:r w:rsidR="009D6235">
        <w:rPr>
          <w:rFonts w:asciiTheme="majorHAnsi" w:hAnsiTheme="majorHAnsi" w:cstheme="majorHAnsi"/>
        </w:rPr>
        <w:t>o</w:t>
      </w:r>
      <w:r w:rsidR="00F3567D">
        <w:rPr>
          <w:rFonts w:asciiTheme="majorHAnsi" w:hAnsiTheme="majorHAnsi" w:cstheme="majorHAnsi"/>
        </w:rPr>
        <w:t>p bag</w:t>
      </w:r>
    </w:p>
    <w:p w14:paraId="1E29483F" w14:textId="09CE731D" w:rsidR="003A5043" w:rsidRDefault="00F3567D" w:rsidP="00F3567D">
      <w:pPr>
        <w:pStyle w:val="ListBullet"/>
        <w:numPr>
          <w:ilvl w:val="0"/>
          <w:numId w:val="0"/>
        </w:numPr>
        <w:ind w:left="720" w:hanging="1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* </w:t>
      </w:r>
      <w:r w:rsidR="00B01648">
        <w:rPr>
          <w:rFonts w:asciiTheme="majorHAnsi" w:hAnsiTheme="majorHAnsi" w:cstheme="majorHAnsi"/>
        </w:rPr>
        <w:t>Each item</w:t>
      </w:r>
      <w:r w:rsidR="003A5043" w:rsidRPr="003A5043">
        <w:rPr>
          <w:rFonts w:asciiTheme="majorHAnsi" w:hAnsiTheme="majorHAnsi" w:cstheme="majorHAnsi"/>
        </w:rPr>
        <w:t xml:space="preserve"> must </w:t>
      </w:r>
      <w:r w:rsidR="00B01648">
        <w:rPr>
          <w:rFonts w:asciiTheme="majorHAnsi" w:hAnsiTheme="majorHAnsi" w:cstheme="majorHAnsi"/>
        </w:rPr>
        <w:t xml:space="preserve">be </w:t>
      </w:r>
      <w:r w:rsidR="003A5043" w:rsidRPr="003A5043">
        <w:rPr>
          <w:rFonts w:asciiTheme="majorHAnsi" w:hAnsiTheme="majorHAnsi" w:cstheme="majorHAnsi"/>
        </w:rPr>
        <w:t>3.4oz (100ml) or less</w:t>
      </w:r>
    </w:p>
    <w:p w14:paraId="2A34244A" w14:textId="0DDCFFD3" w:rsidR="00597BC4" w:rsidRPr="00597BC4" w:rsidRDefault="000D70C5" w:rsidP="00597BC4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Medications</w:t>
      </w:r>
      <w:r w:rsidR="006515E2">
        <w:rPr>
          <w:rFonts w:asciiTheme="majorHAnsi" w:hAnsiTheme="majorHAnsi" w:cstheme="majorHAnsi"/>
        </w:rPr>
        <w:t xml:space="preserve"> (not needed day of travel)</w:t>
      </w:r>
    </w:p>
    <w:p w14:paraId="65A7DFC1" w14:textId="2B0C43E6" w:rsidR="0045796D" w:rsidRPr="00760BCA" w:rsidRDefault="00597BC4" w:rsidP="00760BCA">
      <w:pPr>
        <w:pStyle w:val="ListBullet"/>
        <w:rPr>
          <w:rFonts w:asciiTheme="majorHAnsi" w:hAnsiTheme="majorHAnsi" w:cstheme="majorHAnsi"/>
        </w:rPr>
      </w:pPr>
      <w:r w:rsidRPr="00597BC4">
        <w:rPr>
          <w:rFonts w:asciiTheme="majorHAnsi" w:hAnsiTheme="majorHAnsi" w:cstheme="majorHAnsi"/>
        </w:rPr>
        <w:t>Power converter</w:t>
      </w:r>
    </w:p>
    <w:p w14:paraId="2DD0972D" w14:textId="77777777" w:rsidR="00ED760E" w:rsidRPr="00AD6792" w:rsidRDefault="00ED760E" w:rsidP="00B01648">
      <w:pPr>
        <w:pStyle w:val="ListBullet"/>
        <w:numPr>
          <w:ilvl w:val="0"/>
          <w:numId w:val="0"/>
        </w:numPr>
        <w:rPr>
          <w:rFonts w:asciiTheme="majorHAnsi" w:hAnsiTheme="majorHAnsi" w:cstheme="majorHAnsi"/>
        </w:rPr>
      </w:pPr>
    </w:p>
    <w:sectPr w:rsidR="00ED760E" w:rsidRPr="00AD6792" w:rsidSect="00AD6792">
      <w:type w:val="continuous"/>
      <w:pgSz w:w="12240" w:h="15840"/>
      <w:pgMar w:top="540" w:right="1440" w:bottom="81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6376253">
    <w:abstractNumId w:val="8"/>
  </w:num>
  <w:num w:numId="2" w16cid:durableId="1878541369">
    <w:abstractNumId w:val="6"/>
  </w:num>
  <w:num w:numId="3" w16cid:durableId="997534305">
    <w:abstractNumId w:val="5"/>
  </w:num>
  <w:num w:numId="4" w16cid:durableId="2067143437">
    <w:abstractNumId w:val="4"/>
  </w:num>
  <w:num w:numId="5" w16cid:durableId="1254245392">
    <w:abstractNumId w:val="7"/>
  </w:num>
  <w:num w:numId="6" w16cid:durableId="1705868149">
    <w:abstractNumId w:val="3"/>
  </w:num>
  <w:num w:numId="7" w16cid:durableId="1420711459">
    <w:abstractNumId w:val="2"/>
  </w:num>
  <w:num w:numId="8" w16cid:durableId="1127042717">
    <w:abstractNumId w:val="1"/>
  </w:num>
  <w:num w:numId="9" w16cid:durableId="148396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99E"/>
    <w:rsid w:val="00034616"/>
    <w:rsid w:val="00046752"/>
    <w:rsid w:val="00046B9B"/>
    <w:rsid w:val="0006063C"/>
    <w:rsid w:val="00063E40"/>
    <w:rsid w:val="000868CD"/>
    <w:rsid w:val="00094A7D"/>
    <w:rsid w:val="000A7B25"/>
    <w:rsid w:val="000C2611"/>
    <w:rsid w:val="000C3116"/>
    <w:rsid w:val="000D70C5"/>
    <w:rsid w:val="000F3A47"/>
    <w:rsid w:val="000F3E9A"/>
    <w:rsid w:val="00123BCB"/>
    <w:rsid w:val="00130D86"/>
    <w:rsid w:val="001320BD"/>
    <w:rsid w:val="0014113E"/>
    <w:rsid w:val="0015074B"/>
    <w:rsid w:val="0015190D"/>
    <w:rsid w:val="0015533F"/>
    <w:rsid w:val="0018348D"/>
    <w:rsid w:val="001B0E89"/>
    <w:rsid w:val="001B7105"/>
    <w:rsid w:val="001C232C"/>
    <w:rsid w:val="001C2CED"/>
    <w:rsid w:val="002014F1"/>
    <w:rsid w:val="0020176D"/>
    <w:rsid w:val="00205F97"/>
    <w:rsid w:val="00227603"/>
    <w:rsid w:val="00243948"/>
    <w:rsid w:val="00264578"/>
    <w:rsid w:val="0026652E"/>
    <w:rsid w:val="0029639D"/>
    <w:rsid w:val="002A48DB"/>
    <w:rsid w:val="002B2C26"/>
    <w:rsid w:val="002D1100"/>
    <w:rsid w:val="002D4E25"/>
    <w:rsid w:val="002F69D0"/>
    <w:rsid w:val="00310157"/>
    <w:rsid w:val="00322AA6"/>
    <w:rsid w:val="00326F90"/>
    <w:rsid w:val="00372C7A"/>
    <w:rsid w:val="0037487F"/>
    <w:rsid w:val="00396C8E"/>
    <w:rsid w:val="003A5043"/>
    <w:rsid w:val="003D2007"/>
    <w:rsid w:val="00402521"/>
    <w:rsid w:val="004066E6"/>
    <w:rsid w:val="00410F36"/>
    <w:rsid w:val="00427748"/>
    <w:rsid w:val="004445A7"/>
    <w:rsid w:val="00451743"/>
    <w:rsid w:val="00454632"/>
    <w:rsid w:val="0045796D"/>
    <w:rsid w:val="00481570"/>
    <w:rsid w:val="004946BB"/>
    <w:rsid w:val="004A309B"/>
    <w:rsid w:val="004A647C"/>
    <w:rsid w:val="004A6A1E"/>
    <w:rsid w:val="004B67CC"/>
    <w:rsid w:val="004C5011"/>
    <w:rsid w:val="004E7C64"/>
    <w:rsid w:val="004F4BCF"/>
    <w:rsid w:val="00516F25"/>
    <w:rsid w:val="005245B1"/>
    <w:rsid w:val="00544C88"/>
    <w:rsid w:val="00556651"/>
    <w:rsid w:val="0055790F"/>
    <w:rsid w:val="00585E30"/>
    <w:rsid w:val="00597BC4"/>
    <w:rsid w:val="005A1650"/>
    <w:rsid w:val="005D124E"/>
    <w:rsid w:val="005E5DDA"/>
    <w:rsid w:val="005F56C6"/>
    <w:rsid w:val="006027FB"/>
    <w:rsid w:val="00636440"/>
    <w:rsid w:val="006515E2"/>
    <w:rsid w:val="00653086"/>
    <w:rsid w:val="00654E67"/>
    <w:rsid w:val="00656146"/>
    <w:rsid w:val="00657547"/>
    <w:rsid w:val="00685CA4"/>
    <w:rsid w:val="00690D3E"/>
    <w:rsid w:val="0069202B"/>
    <w:rsid w:val="00696657"/>
    <w:rsid w:val="006D0816"/>
    <w:rsid w:val="006D1819"/>
    <w:rsid w:val="006F2A38"/>
    <w:rsid w:val="006F63C5"/>
    <w:rsid w:val="00707A66"/>
    <w:rsid w:val="00707C8A"/>
    <w:rsid w:val="00721B85"/>
    <w:rsid w:val="007234E8"/>
    <w:rsid w:val="00726B0C"/>
    <w:rsid w:val="0073509B"/>
    <w:rsid w:val="007365F1"/>
    <w:rsid w:val="007448FF"/>
    <w:rsid w:val="00760BCA"/>
    <w:rsid w:val="007701B5"/>
    <w:rsid w:val="00785300"/>
    <w:rsid w:val="00790975"/>
    <w:rsid w:val="007A6E81"/>
    <w:rsid w:val="007B4EAC"/>
    <w:rsid w:val="007E28AC"/>
    <w:rsid w:val="00806502"/>
    <w:rsid w:val="008066D4"/>
    <w:rsid w:val="00810AE8"/>
    <w:rsid w:val="008163CB"/>
    <w:rsid w:val="008433B1"/>
    <w:rsid w:val="0085597C"/>
    <w:rsid w:val="008920A2"/>
    <w:rsid w:val="008A38BB"/>
    <w:rsid w:val="008B7A9E"/>
    <w:rsid w:val="008F2A86"/>
    <w:rsid w:val="00905E59"/>
    <w:rsid w:val="0093067F"/>
    <w:rsid w:val="009348DF"/>
    <w:rsid w:val="00937953"/>
    <w:rsid w:val="00944E21"/>
    <w:rsid w:val="00951114"/>
    <w:rsid w:val="00953D45"/>
    <w:rsid w:val="00970EF7"/>
    <w:rsid w:val="009732A8"/>
    <w:rsid w:val="009923DE"/>
    <w:rsid w:val="009A38F2"/>
    <w:rsid w:val="009B32D5"/>
    <w:rsid w:val="009B6FAB"/>
    <w:rsid w:val="009B751E"/>
    <w:rsid w:val="009C76A4"/>
    <w:rsid w:val="009D6235"/>
    <w:rsid w:val="00A0004A"/>
    <w:rsid w:val="00A22983"/>
    <w:rsid w:val="00A47B85"/>
    <w:rsid w:val="00A567D2"/>
    <w:rsid w:val="00A74047"/>
    <w:rsid w:val="00A814DB"/>
    <w:rsid w:val="00A86AB0"/>
    <w:rsid w:val="00A90229"/>
    <w:rsid w:val="00A966D5"/>
    <w:rsid w:val="00AA16C9"/>
    <w:rsid w:val="00AA1D8D"/>
    <w:rsid w:val="00AB2266"/>
    <w:rsid w:val="00AD6792"/>
    <w:rsid w:val="00AF17F8"/>
    <w:rsid w:val="00B00173"/>
    <w:rsid w:val="00B01648"/>
    <w:rsid w:val="00B06139"/>
    <w:rsid w:val="00B07222"/>
    <w:rsid w:val="00B26D15"/>
    <w:rsid w:val="00B30B81"/>
    <w:rsid w:val="00B42F7A"/>
    <w:rsid w:val="00B46F54"/>
    <w:rsid w:val="00B47730"/>
    <w:rsid w:val="00B56C9A"/>
    <w:rsid w:val="00B850E2"/>
    <w:rsid w:val="00B91A97"/>
    <w:rsid w:val="00BA29B9"/>
    <w:rsid w:val="00BC6C6B"/>
    <w:rsid w:val="00BD5B92"/>
    <w:rsid w:val="00BF2D90"/>
    <w:rsid w:val="00C14542"/>
    <w:rsid w:val="00C22E81"/>
    <w:rsid w:val="00C45F07"/>
    <w:rsid w:val="00C50A90"/>
    <w:rsid w:val="00C5571F"/>
    <w:rsid w:val="00C55ABA"/>
    <w:rsid w:val="00C737B7"/>
    <w:rsid w:val="00C7690B"/>
    <w:rsid w:val="00C90C61"/>
    <w:rsid w:val="00C95CA6"/>
    <w:rsid w:val="00C970A9"/>
    <w:rsid w:val="00CB0664"/>
    <w:rsid w:val="00CE328F"/>
    <w:rsid w:val="00CE68EF"/>
    <w:rsid w:val="00D11BF6"/>
    <w:rsid w:val="00D27EAE"/>
    <w:rsid w:val="00D46B23"/>
    <w:rsid w:val="00D5197C"/>
    <w:rsid w:val="00D51EEC"/>
    <w:rsid w:val="00D66FAB"/>
    <w:rsid w:val="00D91850"/>
    <w:rsid w:val="00DE2F38"/>
    <w:rsid w:val="00DF1EA3"/>
    <w:rsid w:val="00DF3D63"/>
    <w:rsid w:val="00DF6D71"/>
    <w:rsid w:val="00E04A1C"/>
    <w:rsid w:val="00E15976"/>
    <w:rsid w:val="00E32415"/>
    <w:rsid w:val="00E42A5F"/>
    <w:rsid w:val="00E479CC"/>
    <w:rsid w:val="00E55065"/>
    <w:rsid w:val="00E7728D"/>
    <w:rsid w:val="00E935BF"/>
    <w:rsid w:val="00EA2209"/>
    <w:rsid w:val="00ED53CE"/>
    <w:rsid w:val="00ED760E"/>
    <w:rsid w:val="00F00B54"/>
    <w:rsid w:val="00F13609"/>
    <w:rsid w:val="00F22BAF"/>
    <w:rsid w:val="00F32CC2"/>
    <w:rsid w:val="00F3567D"/>
    <w:rsid w:val="00F66A9C"/>
    <w:rsid w:val="00F80F24"/>
    <w:rsid w:val="00F811D5"/>
    <w:rsid w:val="00F95ECE"/>
    <w:rsid w:val="00FB215E"/>
    <w:rsid w:val="00FC693F"/>
    <w:rsid w:val="00FF0300"/>
    <w:rsid w:val="00FF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93A9F"/>
  <w14:defaultImageDpi w14:val="300"/>
  <w15:docId w15:val="{26297206-4AF8-47BF-9F77-BB2A3552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2591</Characters>
  <Application>Microsoft Office Word</Application>
  <DocSecurity>0</DocSecurity>
  <Lines>50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Katie Walter</cp:lastModifiedBy>
  <cp:revision>2</cp:revision>
  <dcterms:created xsi:type="dcterms:W3CDTF">2026-10-10T01:19:00Z</dcterms:created>
  <dcterms:modified xsi:type="dcterms:W3CDTF">2026-10-10T01:19:00Z</dcterms:modified>
  <cp:category/>
</cp:coreProperties>
</file>